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C27A8" w14:textId="77777777" w:rsidR="00580BD6" w:rsidRPr="00541447" w:rsidRDefault="002904DF" w:rsidP="00541447">
      <w:pPr>
        <w:pStyle w:val="a8"/>
        <w:jc w:val="center"/>
        <w:rPr>
          <w:sz w:val="36"/>
          <w:szCs w:val="36"/>
          <w:lang w:eastAsia="ko-KR"/>
        </w:rPr>
      </w:pPr>
      <w:r w:rsidRPr="00541447">
        <w:rPr>
          <w:sz w:val="36"/>
          <w:szCs w:val="36"/>
          <w:lang w:eastAsia="ko-KR"/>
        </w:rPr>
        <w:t>비원</w:t>
      </w:r>
      <w:r w:rsidRPr="00541447">
        <w:rPr>
          <w:sz w:val="36"/>
          <w:szCs w:val="36"/>
          <w:lang w:eastAsia="ko-KR"/>
        </w:rPr>
        <w:t xml:space="preserve">(BEONE) </w:t>
      </w:r>
      <w:r w:rsidRPr="00541447">
        <w:rPr>
          <w:sz w:val="36"/>
          <w:szCs w:val="36"/>
          <w:lang w:eastAsia="ko-KR"/>
        </w:rPr>
        <w:t>회사</w:t>
      </w:r>
      <w:r w:rsidRPr="00541447">
        <w:rPr>
          <w:sz w:val="36"/>
          <w:szCs w:val="36"/>
          <w:lang w:eastAsia="ko-KR"/>
        </w:rPr>
        <w:t>·</w:t>
      </w:r>
      <w:r w:rsidRPr="00541447">
        <w:rPr>
          <w:sz w:val="36"/>
          <w:szCs w:val="36"/>
          <w:lang w:eastAsia="ko-KR"/>
        </w:rPr>
        <w:t>기술</w:t>
      </w:r>
      <w:r w:rsidRPr="00541447">
        <w:rPr>
          <w:sz w:val="36"/>
          <w:szCs w:val="36"/>
          <w:lang w:eastAsia="ko-KR"/>
        </w:rPr>
        <w:t>·</w:t>
      </w:r>
      <w:r w:rsidRPr="00541447">
        <w:rPr>
          <w:sz w:val="36"/>
          <w:szCs w:val="36"/>
          <w:lang w:eastAsia="ko-KR"/>
        </w:rPr>
        <w:t>제품</w:t>
      </w:r>
      <w:r w:rsidRPr="00541447">
        <w:rPr>
          <w:sz w:val="36"/>
          <w:szCs w:val="36"/>
          <w:lang w:eastAsia="ko-KR"/>
        </w:rPr>
        <w:t xml:space="preserve"> </w:t>
      </w:r>
      <w:r w:rsidRPr="00541447">
        <w:rPr>
          <w:sz w:val="36"/>
          <w:szCs w:val="36"/>
          <w:lang w:eastAsia="ko-KR"/>
        </w:rPr>
        <w:t>소개서</w:t>
      </w:r>
    </w:p>
    <w:p w14:paraId="601D16E3" w14:textId="77777777" w:rsidR="00580BD6" w:rsidRDefault="002904DF">
      <w:pPr>
        <w:pStyle w:val="1"/>
        <w:rPr>
          <w:lang w:eastAsia="ko-KR"/>
        </w:rPr>
      </w:pPr>
      <w:proofErr w:type="gramStart"/>
      <w:r>
        <w:rPr>
          <w:lang w:eastAsia="ko-KR"/>
        </w:rPr>
        <w:t xml:space="preserve">01  </w:t>
      </w:r>
      <w:r>
        <w:rPr>
          <w:lang w:eastAsia="ko-KR"/>
        </w:rPr>
        <w:t>비원은</w:t>
      </w:r>
      <w:proofErr w:type="gramEnd"/>
      <w:r>
        <w:rPr>
          <w:lang w:eastAsia="ko-KR"/>
        </w:rPr>
        <w:t xml:space="preserve"> </w:t>
      </w:r>
      <w:r>
        <w:rPr>
          <w:lang w:eastAsia="ko-KR"/>
        </w:rPr>
        <w:t>어떤</w:t>
      </w:r>
      <w:r>
        <w:rPr>
          <w:lang w:eastAsia="ko-KR"/>
        </w:rPr>
        <w:t xml:space="preserve"> </w:t>
      </w:r>
      <w:proofErr w:type="gramStart"/>
      <w:r>
        <w:rPr>
          <w:lang w:eastAsia="ko-KR"/>
        </w:rPr>
        <w:t>회사인가</w:t>
      </w:r>
      <w:proofErr w:type="gramEnd"/>
    </w:p>
    <w:p w14:paraId="5703E4C5" w14:textId="77777777" w:rsidR="00580BD6" w:rsidRPr="00541447" w:rsidRDefault="002904DF">
      <w:pPr>
        <w:rPr>
          <w:sz w:val="24"/>
          <w:szCs w:val="24"/>
          <w:lang w:eastAsia="ko-KR"/>
        </w:rPr>
      </w:pPr>
      <w:r w:rsidRPr="00541447">
        <w:rPr>
          <w:sz w:val="24"/>
          <w:szCs w:val="24"/>
          <w:lang w:eastAsia="ko-KR"/>
        </w:rPr>
        <w:t>㈜비원</w:t>
      </w:r>
      <w:r w:rsidRPr="00541447">
        <w:rPr>
          <w:sz w:val="24"/>
          <w:szCs w:val="24"/>
          <w:lang w:eastAsia="ko-KR"/>
        </w:rPr>
        <w:t>(BEONE)</w:t>
      </w:r>
      <w:r w:rsidRPr="00541447">
        <w:rPr>
          <w:sz w:val="24"/>
          <w:szCs w:val="24"/>
          <w:lang w:eastAsia="ko-KR"/>
        </w:rPr>
        <w:t>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피부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부착형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패치의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소재</w:t>
      </w:r>
      <w:r w:rsidRPr="00541447">
        <w:rPr>
          <w:sz w:val="24"/>
          <w:szCs w:val="24"/>
          <w:lang w:eastAsia="ko-KR"/>
        </w:rPr>
        <w:t xml:space="preserve">, </w:t>
      </w:r>
      <w:r w:rsidRPr="00541447">
        <w:rPr>
          <w:sz w:val="24"/>
          <w:szCs w:val="24"/>
          <w:lang w:eastAsia="ko-KR"/>
        </w:rPr>
        <w:t>배합</w:t>
      </w:r>
      <w:r w:rsidRPr="00541447">
        <w:rPr>
          <w:sz w:val="24"/>
          <w:szCs w:val="24"/>
          <w:lang w:eastAsia="ko-KR"/>
        </w:rPr>
        <w:t xml:space="preserve">, </w:t>
      </w:r>
      <w:r w:rsidRPr="00541447">
        <w:rPr>
          <w:sz w:val="24"/>
          <w:szCs w:val="24"/>
          <w:lang w:eastAsia="ko-KR"/>
        </w:rPr>
        <w:t>구조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및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제조를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연구하는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한국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기업입니다</w:t>
      </w:r>
      <w:r w:rsidRPr="00541447">
        <w:rPr>
          <w:sz w:val="24"/>
          <w:szCs w:val="24"/>
          <w:lang w:eastAsia="ko-KR"/>
        </w:rPr>
        <w:t xml:space="preserve">. </w:t>
      </w:r>
      <w:r w:rsidRPr="00541447">
        <w:rPr>
          <w:sz w:val="24"/>
          <w:szCs w:val="24"/>
          <w:lang w:eastAsia="ko-KR"/>
        </w:rPr>
        <w:t>원료의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특성부터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패치의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크기</w:t>
      </w:r>
      <w:r w:rsidRPr="00541447">
        <w:rPr>
          <w:sz w:val="24"/>
          <w:szCs w:val="24"/>
          <w:lang w:eastAsia="ko-KR"/>
        </w:rPr>
        <w:t>·</w:t>
      </w:r>
      <w:r w:rsidRPr="00541447">
        <w:rPr>
          <w:sz w:val="24"/>
          <w:szCs w:val="24"/>
          <w:lang w:eastAsia="ko-KR"/>
        </w:rPr>
        <w:t>형태</w:t>
      </w:r>
      <w:r w:rsidRPr="00541447">
        <w:rPr>
          <w:sz w:val="24"/>
          <w:szCs w:val="24"/>
          <w:lang w:eastAsia="ko-KR"/>
        </w:rPr>
        <w:t xml:space="preserve">, </w:t>
      </w:r>
      <w:proofErr w:type="spellStart"/>
      <w:r w:rsidRPr="00541447">
        <w:rPr>
          <w:sz w:val="24"/>
          <w:szCs w:val="24"/>
          <w:lang w:eastAsia="ko-KR"/>
        </w:rPr>
        <w:t>부착감</w:t>
      </w:r>
      <w:proofErr w:type="spellEnd"/>
      <w:r w:rsidRPr="00541447">
        <w:rPr>
          <w:sz w:val="24"/>
          <w:szCs w:val="24"/>
          <w:lang w:eastAsia="ko-KR"/>
        </w:rPr>
        <w:t xml:space="preserve">, </w:t>
      </w:r>
      <w:r w:rsidRPr="00541447">
        <w:rPr>
          <w:sz w:val="24"/>
          <w:szCs w:val="24"/>
          <w:lang w:eastAsia="ko-KR"/>
        </w:rPr>
        <w:t>포장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구성까지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제품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전체를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고려하여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다양한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사용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환경에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적합한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제품을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개발하고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있습니다</w:t>
      </w:r>
      <w:r w:rsidRPr="00541447">
        <w:rPr>
          <w:sz w:val="24"/>
          <w:szCs w:val="24"/>
          <w:lang w:eastAsia="ko-KR"/>
        </w:rPr>
        <w:t>.</w:t>
      </w:r>
    </w:p>
    <w:p w14:paraId="4B6C3F65" w14:textId="437900CF" w:rsidR="00580BD6" w:rsidRPr="00541447" w:rsidRDefault="002904DF">
      <w:pPr>
        <w:rPr>
          <w:rFonts w:eastAsia="맑은 고딕" w:cs="맑은 고딕"/>
          <w:sz w:val="24"/>
          <w:szCs w:val="24"/>
          <w:lang w:eastAsia="ko-KR"/>
        </w:rPr>
      </w:pPr>
      <w:r w:rsidRPr="00541447">
        <w:rPr>
          <w:sz w:val="24"/>
          <w:szCs w:val="24"/>
          <w:lang w:eastAsia="ko-KR"/>
        </w:rPr>
        <w:t>한국에서는</w:t>
      </w:r>
      <w:r w:rsidRPr="00541447">
        <w:rPr>
          <w:sz w:val="24"/>
          <w:szCs w:val="24"/>
          <w:lang w:eastAsia="ko-KR"/>
        </w:rPr>
        <w:t xml:space="preserve"> </w:t>
      </w:r>
      <w:proofErr w:type="spellStart"/>
      <w:r w:rsidRPr="00541447">
        <w:rPr>
          <w:sz w:val="24"/>
          <w:szCs w:val="24"/>
          <w:lang w:eastAsia="ko-KR"/>
        </w:rPr>
        <w:t>바이오힐링패치를</w:t>
      </w:r>
      <w:proofErr w:type="spellEnd"/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중심으로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소비자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체험</w:t>
      </w:r>
      <w:r w:rsidRPr="00541447">
        <w:rPr>
          <w:sz w:val="24"/>
          <w:szCs w:val="24"/>
          <w:lang w:eastAsia="ko-KR"/>
        </w:rPr>
        <w:t xml:space="preserve">, </w:t>
      </w:r>
      <w:r w:rsidRPr="00541447">
        <w:rPr>
          <w:sz w:val="24"/>
          <w:szCs w:val="24"/>
          <w:lang w:eastAsia="ko-KR"/>
        </w:rPr>
        <w:t>일반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유통</w:t>
      </w:r>
      <w:r w:rsidRPr="00541447">
        <w:rPr>
          <w:sz w:val="24"/>
          <w:szCs w:val="24"/>
          <w:lang w:eastAsia="ko-KR"/>
        </w:rPr>
        <w:t xml:space="preserve">, </w:t>
      </w:r>
      <w:r w:rsidRPr="00541447">
        <w:rPr>
          <w:sz w:val="24"/>
          <w:szCs w:val="24"/>
          <w:lang w:eastAsia="ko-KR"/>
        </w:rPr>
        <w:t>기업</w:t>
      </w:r>
      <w:r w:rsidRPr="00541447">
        <w:rPr>
          <w:sz w:val="24"/>
          <w:szCs w:val="24"/>
          <w:lang w:eastAsia="ko-KR"/>
        </w:rPr>
        <w:t>·</w:t>
      </w:r>
      <w:r w:rsidRPr="00541447">
        <w:rPr>
          <w:sz w:val="24"/>
          <w:szCs w:val="24"/>
          <w:lang w:eastAsia="ko-KR"/>
        </w:rPr>
        <w:t>단체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공급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등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판매방식을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전개하고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있습니다</w:t>
      </w:r>
      <w:r w:rsidRPr="00541447">
        <w:rPr>
          <w:sz w:val="24"/>
          <w:szCs w:val="24"/>
          <w:lang w:eastAsia="ko-KR"/>
        </w:rPr>
        <w:t xml:space="preserve">. </w:t>
      </w:r>
      <w:r w:rsidR="00541447" w:rsidRPr="00541447">
        <w:rPr>
          <w:rFonts w:eastAsia="맑은 고딕" w:hint="eastAsia"/>
          <w:sz w:val="24"/>
          <w:szCs w:val="24"/>
          <w:lang w:eastAsia="ko-KR"/>
        </w:rPr>
        <w:t xml:space="preserve">한국시장에서는 다양한 판매방법으로 시장을 확장하고 한국과 해외에 전문OEM과 ODM을 진행하고 있으며 </w:t>
      </w:r>
      <w:r w:rsidRPr="00541447">
        <w:rPr>
          <w:sz w:val="24"/>
          <w:szCs w:val="24"/>
          <w:lang w:eastAsia="ko-KR"/>
        </w:rPr>
        <w:t>미국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시장에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패치를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수출</w:t>
      </w:r>
      <w:r w:rsidR="00541447" w:rsidRPr="00541447">
        <w:rPr>
          <w:rFonts w:eastAsia="맑은 고딕" w:cs="맑은 고딕" w:hint="eastAsia"/>
          <w:sz w:val="24"/>
          <w:szCs w:val="24"/>
          <w:lang w:eastAsia="ko-KR"/>
        </w:rPr>
        <w:t>하고 있으며</w:t>
      </w:r>
      <w:r w:rsidRPr="00541447">
        <w:rPr>
          <w:sz w:val="24"/>
          <w:szCs w:val="24"/>
          <w:lang w:eastAsia="ko-KR"/>
        </w:rPr>
        <w:t xml:space="preserve">, </w:t>
      </w:r>
      <w:r w:rsidRPr="00541447">
        <w:rPr>
          <w:sz w:val="24"/>
          <w:szCs w:val="24"/>
          <w:lang w:eastAsia="ko-KR"/>
        </w:rPr>
        <w:t>중국에서는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한국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제조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완제품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수입과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한국산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패치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원단을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활용한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현지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생산을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함께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추진하고</w:t>
      </w:r>
      <w:r w:rsidRPr="00541447">
        <w:rPr>
          <w:sz w:val="24"/>
          <w:szCs w:val="24"/>
          <w:lang w:eastAsia="ko-KR"/>
        </w:rPr>
        <w:t xml:space="preserve"> </w:t>
      </w:r>
      <w:proofErr w:type="gramStart"/>
      <w:r w:rsidRPr="00541447">
        <w:rPr>
          <w:sz w:val="24"/>
          <w:szCs w:val="24"/>
          <w:lang w:eastAsia="ko-KR"/>
        </w:rPr>
        <w:t>있습니다</w:t>
      </w:r>
      <w:r w:rsidRPr="00541447">
        <w:rPr>
          <w:sz w:val="24"/>
          <w:szCs w:val="24"/>
          <w:lang w:eastAsia="ko-KR"/>
        </w:rPr>
        <w:t>.</w:t>
      </w:r>
      <w:r w:rsidR="00541447" w:rsidRPr="00541447">
        <w:rPr>
          <w:rFonts w:eastAsia="맑은 고딕" w:cs="맑은 고딕" w:hint="eastAsia"/>
          <w:sz w:val="24"/>
          <w:szCs w:val="24"/>
          <w:lang w:eastAsia="ko-KR"/>
        </w:rPr>
        <w:t>다양한</w:t>
      </w:r>
      <w:proofErr w:type="gramEnd"/>
      <w:r w:rsidR="00541447" w:rsidRPr="00541447">
        <w:rPr>
          <w:rFonts w:eastAsia="맑은 고딕" w:cs="맑은 고딕" w:hint="eastAsia"/>
          <w:sz w:val="24"/>
          <w:szCs w:val="24"/>
          <w:lang w:eastAsia="ko-KR"/>
        </w:rPr>
        <w:t xml:space="preserve"> 제품을 꾸준한 제품개발과 연구로 지속적으로 노력하는 패치 전문 기업입니다.</w:t>
      </w:r>
    </w:p>
    <w:p w14:paraId="4A280AAD" w14:textId="77777777" w:rsidR="00541447" w:rsidRDefault="00541447">
      <w:pPr>
        <w:rPr>
          <w:lang w:eastAsia="ko-KR"/>
        </w:rPr>
      </w:pPr>
    </w:p>
    <w:p w14:paraId="12C8D9C4" w14:textId="77777777" w:rsidR="00580BD6" w:rsidRPr="00541447" w:rsidRDefault="002904DF">
      <w:pPr>
        <w:pStyle w:val="21"/>
        <w:rPr>
          <w:sz w:val="28"/>
          <w:szCs w:val="28"/>
          <w:lang w:eastAsia="ko-KR"/>
        </w:rPr>
      </w:pPr>
      <w:r w:rsidRPr="00541447">
        <w:rPr>
          <w:sz w:val="28"/>
          <w:szCs w:val="28"/>
          <w:lang w:eastAsia="ko-KR"/>
        </w:rPr>
        <w:t>연구개발과</w:t>
      </w:r>
      <w:r w:rsidRPr="00541447">
        <w:rPr>
          <w:sz w:val="28"/>
          <w:szCs w:val="28"/>
          <w:lang w:eastAsia="ko-KR"/>
        </w:rPr>
        <w:t xml:space="preserve"> </w:t>
      </w:r>
      <w:r w:rsidRPr="00541447">
        <w:rPr>
          <w:sz w:val="28"/>
          <w:szCs w:val="28"/>
          <w:lang w:eastAsia="ko-KR"/>
        </w:rPr>
        <w:t>사업의</w:t>
      </w:r>
      <w:r w:rsidRPr="00541447">
        <w:rPr>
          <w:sz w:val="28"/>
          <w:szCs w:val="28"/>
          <w:lang w:eastAsia="ko-KR"/>
        </w:rPr>
        <w:t xml:space="preserve"> </w:t>
      </w:r>
      <w:r w:rsidRPr="00541447">
        <w:rPr>
          <w:sz w:val="28"/>
          <w:szCs w:val="28"/>
          <w:lang w:eastAsia="ko-KR"/>
        </w:rPr>
        <w:t>방향</w:t>
      </w: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4896"/>
        <w:gridCol w:w="4896"/>
      </w:tblGrid>
      <w:tr w:rsidR="00580BD6" w14:paraId="41DFB9A5" w14:textId="77777777" w:rsidTr="00580B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6" w:type="dxa"/>
          </w:tcPr>
          <w:p w14:paraId="3E56E009" w14:textId="77777777" w:rsidR="00580BD6" w:rsidRPr="00541447" w:rsidRDefault="002904DF">
            <w:pPr>
              <w:rPr>
                <w:sz w:val="24"/>
                <w:szCs w:val="24"/>
              </w:rPr>
            </w:pPr>
            <w:proofErr w:type="spellStart"/>
            <w:r w:rsidRPr="00541447">
              <w:rPr>
                <w:sz w:val="24"/>
                <w:szCs w:val="24"/>
              </w:rPr>
              <w:t>기술</w:t>
            </w:r>
            <w:r w:rsidRPr="00541447">
              <w:rPr>
                <w:sz w:val="24"/>
                <w:szCs w:val="24"/>
              </w:rPr>
              <w:t>·</w:t>
            </w:r>
            <w:r w:rsidRPr="00541447">
              <w:rPr>
                <w:sz w:val="24"/>
                <w:szCs w:val="24"/>
              </w:rPr>
              <w:t>제품</w:t>
            </w:r>
            <w:proofErr w:type="spellEnd"/>
            <w:r w:rsidRPr="00541447">
              <w:rPr>
                <w:sz w:val="24"/>
                <w:szCs w:val="24"/>
              </w:rPr>
              <w:t xml:space="preserve"> </w:t>
            </w:r>
            <w:proofErr w:type="spellStart"/>
            <w:r w:rsidRPr="00541447">
              <w:rPr>
                <w:sz w:val="24"/>
                <w:szCs w:val="24"/>
              </w:rPr>
              <w:t>영역</w:t>
            </w:r>
            <w:proofErr w:type="spellEnd"/>
          </w:p>
        </w:tc>
        <w:tc>
          <w:tcPr>
            <w:tcW w:w="4896" w:type="dxa"/>
          </w:tcPr>
          <w:p w14:paraId="25DD9D13" w14:textId="77777777" w:rsidR="00580BD6" w:rsidRPr="00541447" w:rsidRDefault="002904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41447">
              <w:rPr>
                <w:sz w:val="24"/>
                <w:szCs w:val="24"/>
              </w:rPr>
              <w:t>사업</w:t>
            </w:r>
            <w:r w:rsidRPr="00541447">
              <w:rPr>
                <w:sz w:val="24"/>
                <w:szCs w:val="24"/>
              </w:rPr>
              <w:t xml:space="preserve"> </w:t>
            </w:r>
            <w:r w:rsidRPr="00541447">
              <w:rPr>
                <w:sz w:val="24"/>
                <w:szCs w:val="24"/>
              </w:rPr>
              <w:t>및</w:t>
            </w:r>
            <w:r w:rsidRPr="00541447">
              <w:rPr>
                <w:sz w:val="24"/>
                <w:szCs w:val="24"/>
              </w:rPr>
              <w:t xml:space="preserve"> </w:t>
            </w:r>
            <w:r w:rsidRPr="00541447">
              <w:rPr>
                <w:sz w:val="24"/>
                <w:szCs w:val="24"/>
              </w:rPr>
              <w:t>개발</w:t>
            </w:r>
            <w:r w:rsidRPr="00541447">
              <w:rPr>
                <w:sz w:val="24"/>
                <w:szCs w:val="24"/>
              </w:rPr>
              <w:t xml:space="preserve"> </w:t>
            </w:r>
            <w:r w:rsidRPr="00541447">
              <w:rPr>
                <w:sz w:val="24"/>
                <w:szCs w:val="24"/>
              </w:rPr>
              <w:t>방향</w:t>
            </w:r>
          </w:p>
        </w:tc>
      </w:tr>
      <w:tr w:rsidR="00580BD6" w14:paraId="337990A2" w14:textId="77777777" w:rsidTr="00580B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6" w:type="dxa"/>
          </w:tcPr>
          <w:p w14:paraId="3EE1BD51" w14:textId="77777777" w:rsidR="00580BD6" w:rsidRPr="00541447" w:rsidRDefault="002904DF">
            <w:pPr>
              <w:rPr>
                <w:sz w:val="24"/>
                <w:szCs w:val="24"/>
              </w:rPr>
            </w:pPr>
            <w:r w:rsidRPr="00541447">
              <w:rPr>
                <w:sz w:val="24"/>
                <w:szCs w:val="24"/>
              </w:rPr>
              <w:t>소재</w:t>
            </w:r>
            <w:r w:rsidRPr="00541447">
              <w:rPr>
                <w:sz w:val="24"/>
                <w:szCs w:val="24"/>
              </w:rPr>
              <w:t>·</w:t>
            </w:r>
            <w:r w:rsidRPr="00541447">
              <w:rPr>
                <w:sz w:val="24"/>
                <w:szCs w:val="24"/>
              </w:rPr>
              <w:t>배합</w:t>
            </w:r>
          </w:p>
        </w:tc>
        <w:tc>
          <w:tcPr>
            <w:tcW w:w="4896" w:type="dxa"/>
          </w:tcPr>
          <w:p w14:paraId="7528A61D" w14:textId="77777777" w:rsidR="00580BD6" w:rsidRPr="00541447" w:rsidRDefault="00290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eastAsia="ko-KR"/>
              </w:rPr>
            </w:pPr>
            <w:proofErr w:type="spellStart"/>
            <w:r w:rsidRPr="00541447">
              <w:rPr>
                <w:sz w:val="24"/>
                <w:szCs w:val="24"/>
                <w:lang w:eastAsia="ko-KR"/>
              </w:rPr>
              <w:t>산화질소대사체</w:t>
            </w:r>
            <w:proofErr w:type="spellEnd"/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관련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소재</w:t>
            </w:r>
            <w:r w:rsidRPr="00541447">
              <w:rPr>
                <w:sz w:val="24"/>
                <w:szCs w:val="24"/>
                <w:lang w:eastAsia="ko-KR"/>
              </w:rPr>
              <w:t xml:space="preserve">, </w:t>
            </w:r>
            <w:r w:rsidRPr="00541447">
              <w:rPr>
                <w:sz w:val="24"/>
                <w:szCs w:val="24"/>
                <w:lang w:eastAsia="ko-KR"/>
              </w:rPr>
              <w:t>식물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유래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허브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추출물</w:t>
            </w:r>
            <w:r w:rsidRPr="00541447">
              <w:rPr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Pr="00541447">
              <w:rPr>
                <w:sz w:val="24"/>
                <w:szCs w:val="24"/>
                <w:lang w:eastAsia="ko-KR"/>
              </w:rPr>
              <w:t>토르말린</w:t>
            </w:r>
            <w:proofErr w:type="spellEnd"/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등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적용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연구</w:t>
            </w:r>
          </w:p>
        </w:tc>
      </w:tr>
      <w:tr w:rsidR="00580BD6" w14:paraId="5EA7B979" w14:textId="77777777" w:rsidTr="00580B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6" w:type="dxa"/>
          </w:tcPr>
          <w:p w14:paraId="59AE787B" w14:textId="77777777" w:rsidR="00580BD6" w:rsidRPr="00541447" w:rsidRDefault="002904DF">
            <w:pPr>
              <w:rPr>
                <w:sz w:val="24"/>
                <w:szCs w:val="24"/>
              </w:rPr>
            </w:pPr>
            <w:proofErr w:type="spellStart"/>
            <w:r w:rsidRPr="00541447">
              <w:rPr>
                <w:sz w:val="24"/>
                <w:szCs w:val="24"/>
              </w:rPr>
              <w:t>제품</w:t>
            </w:r>
            <w:proofErr w:type="spellEnd"/>
            <w:r w:rsidRPr="00541447">
              <w:rPr>
                <w:sz w:val="24"/>
                <w:szCs w:val="24"/>
              </w:rPr>
              <w:t xml:space="preserve"> </w:t>
            </w:r>
            <w:proofErr w:type="spellStart"/>
            <w:r w:rsidRPr="00541447">
              <w:rPr>
                <w:sz w:val="24"/>
                <w:szCs w:val="24"/>
              </w:rPr>
              <w:t>설계</w:t>
            </w:r>
            <w:proofErr w:type="spellEnd"/>
          </w:p>
        </w:tc>
        <w:tc>
          <w:tcPr>
            <w:tcW w:w="4896" w:type="dxa"/>
          </w:tcPr>
          <w:p w14:paraId="1550FA87" w14:textId="77777777" w:rsidR="00580BD6" w:rsidRPr="00541447" w:rsidRDefault="00290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eastAsia="ko-KR"/>
              </w:rPr>
            </w:pPr>
            <w:r w:rsidRPr="00541447">
              <w:rPr>
                <w:sz w:val="24"/>
                <w:szCs w:val="24"/>
                <w:lang w:eastAsia="ko-KR"/>
              </w:rPr>
              <w:t>피부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541447">
              <w:rPr>
                <w:sz w:val="24"/>
                <w:szCs w:val="24"/>
                <w:lang w:eastAsia="ko-KR"/>
              </w:rPr>
              <w:t>밀착성</w:t>
            </w:r>
            <w:proofErr w:type="spellEnd"/>
            <w:r w:rsidRPr="00541447">
              <w:rPr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Pr="00541447">
              <w:rPr>
                <w:sz w:val="24"/>
                <w:szCs w:val="24"/>
                <w:lang w:eastAsia="ko-KR"/>
              </w:rPr>
              <w:t>접착성</w:t>
            </w:r>
            <w:proofErr w:type="spellEnd"/>
            <w:r w:rsidRPr="00541447">
              <w:rPr>
                <w:sz w:val="24"/>
                <w:szCs w:val="24"/>
                <w:lang w:eastAsia="ko-KR"/>
              </w:rPr>
              <w:t xml:space="preserve">, </w:t>
            </w:r>
            <w:r w:rsidRPr="00541447">
              <w:rPr>
                <w:sz w:val="24"/>
                <w:szCs w:val="24"/>
                <w:lang w:eastAsia="ko-KR"/>
              </w:rPr>
              <w:t>착용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편의성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및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다양한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규격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설계</w:t>
            </w:r>
          </w:p>
        </w:tc>
      </w:tr>
      <w:tr w:rsidR="00580BD6" w14:paraId="71757323" w14:textId="77777777" w:rsidTr="00580B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6" w:type="dxa"/>
          </w:tcPr>
          <w:p w14:paraId="63834C25" w14:textId="77777777" w:rsidR="00580BD6" w:rsidRPr="00541447" w:rsidRDefault="002904DF">
            <w:pPr>
              <w:rPr>
                <w:sz w:val="24"/>
                <w:szCs w:val="24"/>
              </w:rPr>
            </w:pPr>
            <w:proofErr w:type="spellStart"/>
            <w:r w:rsidRPr="00541447">
              <w:rPr>
                <w:sz w:val="24"/>
                <w:szCs w:val="24"/>
              </w:rPr>
              <w:t>제품군</w:t>
            </w:r>
            <w:proofErr w:type="spellEnd"/>
            <w:r w:rsidRPr="00541447">
              <w:rPr>
                <w:sz w:val="24"/>
                <w:szCs w:val="24"/>
              </w:rPr>
              <w:t xml:space="preserve"> </w:t>
            </w:r>
            <w:proofErr w:type="spellStart"/>
            <w:r w:rsidRPr="00541447">
              <w:rPr>
                <w:sz w:val="24"/>
                <w:szCs w:val="24"/>
              </w:rPr>
              <w:t>확대</w:t>
            </w:r>
            <w:proofErr w:type="spellEnd"/>
          </w:p>
        </w:tc>
        <w:tc>
          <w:tcPr>
            <w:tcW w:w="4896" w:type="dxa"/>
          </w:tcPr>
          <w:p w14:paraId="3F0D0494" w14:textId="77777777" w:rsidR="00580BD6" w:rsidRPr="00541447" w:rsidRDefault="00290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eastAsia="ko-KR"/>
              </w:rPr>
            </w:pPr>
            <w:proofErr w:type="spellStart"/>
            <w:r w:rsidRPr="00541447">
              <w:rPr>
                <w:sz w:val="24"/>
                <w:szCs w:val="24"/>
                <w:lang w:eastAsia="ko-KR"/>
              </w:rPr>
              <w:t>바디케어</w:t>
            </w:r>
            <w:proofErr w:type="spellEnd"/>
            <w:r w:rsidRPr="00541447">
              <w:rPr>
                <w:sz w:val="24"/>
                <w:szCs w:val="24"/>
                <w:lang w:eastAsia="ko-KR"/>
              </w:rPr>
              <w:t>·</w:t>
            </w:r>
            <w:r w:rsidRPr="00541447">
              <w:rPr>
                <w:sz w:val="24"/>
                <w:szCs w:val="24"/>
                <w:lang w:eastAsia="ko-KR"/>
              </w:rPr>
              <w:t>스포츠</w:t>
            </w:r>
            <w:r w:rsidRPr="00541447">
              <w:rPr>
                <w:sz w:val="24"/>
                <w:szCs w:val="24"/>
                <w:lang w:eastAsia="ko-KR"/>
              </w:rPr>
              <w:t>·</w:t>
            </w:r>
            <w:proofErr w:type="spellStart"/>
            <w:r w:rsidRPr="00541447">
              <w:rPr>
                <w:sz w:val="24"/>
                <w:szCs w:val="24"/>
                <w:lang w:eastAsia="ko-KR"/>
              </w:rPr>
              <w:t>코패치</w:t>
            </w:r>
            <w:proofErr w:type="spellEnd"/>
            <w:r w:rsidRPr="00541447">
              <w:rPr>
                <w:sz w:val="24"/>
                <w:szCs w:val="24"/>
                <w:lang w:eastAsia="ko-KR"/>
              </w:rPr>
              <w:t>·</w:t>
            </w:r>
            <w:r w:rsidRPr="00541447">
              <w:rPr>
                <w:sz w:val="24"/>
                <w:szCs w:val="24"/>
                <w:lang w:eastAsia="ko-KR"/>
              </w:rPr>
              <w:t>미용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및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체형관리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관련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제품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연구</w:t>
            </w:r>
          </w:p>
        </w:tc>
      </w:tr>
      <w:tr w:rsidR="00580BD6" w14:paraId="061E3697" w14:textId="77777777" w:rsidTr="00580B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6" w:type="dxa"/>
          </w:tcPr>
          <w:p w14:paraId="41CEE998" w14:textId="77777777" w:rsidR="00580BD6" w:rsidRPr="00541447" w:rsidRDefault="002904DF">
            <w:pPr>
              <w:rPr>
                <w:sz w:val="24"/>
                <w:szCs w:val="24"/>
              </w:rPr>
            </w:pPr>
            <w:proofErr w:type="spellStart"/>
            <w:r w:rsidRPr="00541447">
              <w:rPr>
                <w:sz w:val="24"/>
                <w:szCs w:val="24"/>
              </w:rPr>
              <w:t>글로벌</w:t>
            </w:r>
            <w:proofErr w:type="spellEnd"/>
            <w:r w:rsidRPr="00541447">
              <w:rPr>
                <w:sz w:val="24"/>
                <w:szCs w:val="24"/>
              </w:rPr>
              <w:t xml:space="preserve"> </w:t>
            </w:r>
            <w:proofErr w:type="spellStart"/>
            <w:r w:rsidRPr="00541447">
              <w:rPr>
                <w:sz w:val="24"/>
                <w:szCs w:val="24"/>
              </w:rPr>
              <w:t>사업</w:t>
            </w:r>
            <w:proofErr w:type="spellEnd"/>
          </w:p>
        </w:tc>
        <w:tc>
          <w:tcPr>
            <w:tcW w:w="4896" w:type="dxa"/>
          </w:tcPr>
          <w:p w14:paraId="39E44B01" w14:textId="77777777" w:rsidR="00580BD6" w:rsidRPr="00541447" w:rsidRDefault="00290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eastAsia="ko-KR"/>
              </w:rPr>
            </w:pPr>
            <w:r w:rsidRPr="00541447">
              <w:rPr>
                <w:sz w:val="24"/>
                <w:szCs w:val="24"/>
                <w:lang w:eastAsia="ko-KR"/>
              </w:rPr>
              <w:t>한국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제조</w:t>
            </w:r>
            <w:r w:rsidRPr="00541447">
              <w:rPr>
                <w:sz w:val="24"/>
                <w:szCs w:val="24"/>
                <w:lang w:eastAsia="ko-KR"/>
              </w:rPr>
              <w:t>·</w:t>
            </w:r>
            <w:r w:rsidRPr="00541447">
              <w:rPr>
                <w:sz w:val="24"/>
                <w:szCs w:val="24"/>
                <w:lang w:eastAsia="ko-KR"/>
              </w:rPr>
              <w:t>미국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수출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경험</w:t>
            </w:r>
            <w:r w:rsidRPr="00541447">
              <w:rPr>
                <w:sz w:val="24"/>
                <w:szCs w:val="24"/>
                <w:lang w:eastAsia="ko-KR"/>
              </w:rPr>
              <w:t>·</w:t>
            </w:r>
            <w:r w:rsidRPr="00541447">
              <w:rPr>
                <w:sz w:val="24"/>
                <w:szCs w:val="24"/>
                <w:lang w:eastAsia="ko-KR"/>
              </w:rPr>
              <w:t>중국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현지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생산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및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대리상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협력</w:t>
            </w:r>
          </w:p>
        </w:tc>
      </w:tr>
    </w:tbl>
    <w:p w14:paraId="5020EE6F" w14:textId="77777777" w:rsidR="00580BD6" w:rsidRPr="00541447" w:rsidRDefault="002904DF">
      <w:pPr>
        <w:pStyle w:val="21"/>
        <w:rPr>
          <w:sz w:val="28"/>
          <w:szCs w:val="28"/>
          <w:lang w:eastAsia="ko-KR"/>
        </w:rPr>
      </w:pPr>
      <w:r w:rsidRPr="00541447">
        <w:rPr>
          <w:sz w:val="28"/>
          <w:szCs w:val="28"/>
          <w:lang w:eastAsia="ko-KR"/>
        </w:rPr>
        <w:lastRenderedPageBreak/>
        <w:t>회사</w:t>
      </w:r>
      <w:r w:rsidRPr="00541447">
        <w:rPr>
          <w:sz w:val="28"/>
          <w:szCs w:val="28"/>
          <w:lang w:eastAsia="ko-KR"/>
        </w:rPr>
        <w:t xml:space="preserve"> </w:t>
      </w:r>
      <w:r w:rsidRPr="00541447">
        <w:rPr>
          <w:sz w:val="28"/>
          <w:szCs w:val="28"/>
          <w:lang w:eastAsia="ko-KR"/>
        </w:rPr>
        <w:t>소개의</w:t>
      </w:r>
      <w:r w:rsidRPr="00541447">
        <w:rPr>
          <w:sz w:val="28"/>
          <w:szCs w:val="28"/>
          <w:lang w:eastAsia="ko-KR"/>
        </w:rPr>
        <w:t xml:space="preserve"> </w:t>
      </w:r>
      <w:r w:rsidRPr="00541447">
        <w:rPr>
          <w:sz w:val="28"/>
          <w:szCs w:val="28"/>
          <w:lang w:eastAsia="ko-KR"/>
        </w:rPr>
        <w:t>핵심</w:t>
      </w:r>
      <w:r w:rsidRPr="00541447">
        <w:rPr>
          <w:sz w:val="28"/>
          <w:szCs w:val="28"/>
          <w:lang w:eastAsia="ko-KR"/>
        </w:rPr>
        <w:t xml:space="preserve"> </w:t>
      </w:r>
      <w:r w:rsidRPr="00541447">
        <w:rPr>
          <w:sz w:val="28"/>
          <w:szCs w:val="28"/>
          <w:lang w:eastAsia="ko-KR"/>
        </w:rPr>
        <w:t>메시지</w:t>
      </w:r>
    </w:p>
    <w:p w14:paraId="1A67FF47" w14:textId="77777777" w:rsidR="00580BD6" w:rsidRPr="00541447" w:rsidRDefault="002904DF">
      <w:pPr>
        <w:rPr>
          <w:rFonts w:eastAsia="맑은 고딕"/>
          <w:sz w:val="24"/>
          <w:szCs w:val="24"/>
          <w:lang w:eastAsia="ko-KR"/>
        </w:rPr>
      </w:pPr>
      <w:r w:rsidRPr="00541447">
        <w:rPr>
          <w:sz w:val="24"/>
          <w:szCs w:val="24"/>
          <w:lang w:eastAsia="ko-KR"/>
        </w:rPr>
        <w:t>비원은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특정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용도의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패치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종류만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판매하는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회사가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아니라</w:t>
      </w:r>
      <w:r w:rsidRPr="00541447">
        <w:rPr>
          <w:sz w:val="24"/>
          <w:szCs w:val="24"/>
          <w:lang w:eastAsia="ko-KR"/>
        </w:rPr>
        <w:t xml:space="preserve">, </w:t>
      </w:r>
      <w:r w:rsidRPr="00541447">
        <w:rPr>
          <w:sz w:val="24"/>
          <w:szCs w:val="24"/>
          <w:lang w:eastAsia="ko-KR"/>
        </w:rPr>
        <w:t>한국의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소재</w:t>
      </w:r>
      <w:r w:rsidRPr="00541447">
        <w:rPr>
          <w:sz w:val="24"/>
          <w:szCs w:val="24"/>
          <w:lang w:eastAsia="ko-KR"/>
        </w:rPr>
        <w:t>·</w:t>
      </w:r>
      <w:r w:rsidRPr="00541447">
        <w:rPr>
          <w:sz w:val="24"/>
          <w:szCs w:val="24"/>
          <w:lang w:eastAsia="ko-KR"/>
        </w:rPr>
        <w:t>제품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개발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경험을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바탕으로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다양한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패치를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기획</w:t>
      </w:r>
      <w:r w:rsidRPr="00541447">
        <w:rPr>
          <w:sz w:val="24"/>
          <w:szCs w:val="24"/>
          <w:lang w:eastAsia="ko-KR"/>
        </w:rPr>
        <w:t>·</w:t>
      </w:r>
      <w:r w:rsidRPr="00541447">
        <w:rPr>
          <w:sz w:val="24"/>
          <w:szCs w:val="24"/>
          <w:lang w:eastAsia="ko-KR"/>
        </w:rPr>
        <w:t>제조하고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해외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파트너의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시장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요구에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맞춰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제품을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공급하는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기업입니다</w:t>
      </w:r>
      <w:r w:rsidRPr="00541447">
        <w:rPr>
          <w:sz w:val="24"/>
          <w:szCs w:val="24"/>
          <w:lang w:eastAsia="ko-KR"/>
        </w:rPr>
        <w:t>.</w:t>
      </w:r>
    </w:p>
    <w:p w14:paraId="7BBD33B7" w14:textId="0B88D306" w:rsidR="00541447" w:rsidRDefault="00541447">
      <w:pPr>
        <w:rPr>
          <w:rFonts w:eastAsia="맑은 고딕"/>
          <w:sz w:val="24"/>
          <w:szCs w:val="24"/>
          <w:lang w:eastAsia="ko-KR"/>
        </w:rPr>
      </w:pPr>
      <w:r w:rsidRPr="00541447">
        <w:rPr>
          <w:rFonts w:eastAsia="맑은 고딕" w:hint="eastAsia"/>
          <w:sz w:val="24"/>
          <w:szCs w:val="24"/>
          <w:lang w:eastAsia="ko-KR"/>
        </w:rPr>
        <w:t xml:space="preserve">현재는 한국과 미국 </w:t>
      </w:r>
      <w:proofErr w:type="spellStart"/>
      <w:r w:rsidRPr="00541447">
        <w:rPr>
          <w:rFonts w:eastAsia="맑은 고딕" w:hint="eastAsia"/>
          <w:sz w:val="24"/>
          <w:szCs w:val="24"/>
          <w:lang w:eastAsia="ko-KR"/>
        </w:rPr>
        <w:t>중국등은</w:t>
      </w:r>
      <w:proofErr w:type="spellEnd"/>
      <w:r w:rsidRPr="00541447">
        <w:rPr>
          <w:rFonts w:eastAsia="맑은 고딕" w:hint="eastAsia"/>
          <w:sz w:val="24"/>
          <w:szCs w:val="24"/>
          <w:lang w:eastAsia="ko-KR"/>
        </w:rPr>
        <w:t xml:space="preserve"> 물론 2026년에는 일본에도 진출하는 합작을 이루어 냈으며 동남아 일대로 시장을 확대해 나가고 있습니다.</w:t>
      </w:r>
    </w:p>
    <w:p w14:paraId="13B08D85" w14:textId="77777777" w:rsidR="00541447" w:rsidRDefault="00541447">
      <w:pPr>
        <w:rPr>
          <w:rFonts w:eastAsia="맑은 고딕"/>
          <w:sz w:val="24"/>
          <w:szCs w:val="24"/>
          <w:lang w:eastAsia="ko-KR"/>
        </w:rPr>
      </w:pPr>
    </w:p>
    <w:p w14:paraId="30B314B8" w14:textId="77777777" w:rsidR="00580BD6" w:rsidRPr="00541447" w:rsidRDefault="002904DF">
      <w:pPr>
        <w:pStyle w:val="1"/>
        <w:rPr>
          <w:sz w:val="28"/>
          <w:lang w:eastAsia="ko-KR"/>
        </w:rPr>
      </w:pPr>
      <w:proofErr w:type="gramStart"/>
      <w:r w:rsidRPr="00541447">
        <w:rPr>
          <w:sz w:val="28"/>
          <w:lang w:eastAsia="ko-KR"/>
        </w:rPr>
        <w:t xml:space="preserve">02  </w:t>
      </w:r>
      <w:proofErr w:type="spellStart"/>
      <w:r w:rsidRPr="00541447">
        <w:rPr>
          <w:sz w:val="28"/>
          <w:lang w:eastAsia="ko-KR"/>
        </w:rPr>
        <w:t>바이오힐링패치의</w:t>
      </w:r>
      <w:proofErr w:type="spellEnd"/>
      <w:proofErr w:type="gramEnd"/>
      <w:r w:rsidRPr="00541447">
        <w:rPr>
          <w:sz w:val="28"/>
          <w:lang w:eastAsia="ko-KR"/>
        </w:rPr>
        <w:t xml:space="preserve"> </w:t>
      </w:r>
      <w:r w:rsidRPr="00541447">
        <w:rPr>
          <w:sz w:val="28"/>
          <w:lang w:eastAsia="ko-KR"/>
        </w:rPr>
        <w:t>기술적</w:t>
      </w:r>
      <w:r w:rsidRPr="00541447">
        <w:rPr>
          <w:sz w:val="28"/>
          <w:lang w:eastAsia="ko-KR"/>
        </w:rPr>
        <w:t xml:space="preserve"> </w:t>
      </w:r>
      <w:r w:rsidRPr="00541447">
        <w:rPr>
          <w:sz w:val="28"/>
          <w:lang w:eastAsia="ko-KR"/>
        </w:rPr>
        <w:t>특징</w:t>
      </w:r>
    </w:p>
    <w:p w14:paraId="612E99E7" w14:textId="77777777" w:rsidR="00580BD6" w:rsidRPr="00541447" w:rsidRDefault="002904DF">
      <w:pPr>
        <w:pStyle w:val="21"/>
        <w:rPr>
          <w:sz w:val="24"/>
          <w:szCs w:val="24"/>
          <w:lang w:eastAsia="ko-KR"/>
        </w:rPr>
      </w:pPr>
      <w:r w:rsidRPr="00541447">
        <w:rPr>
          <w:sz w:val="24"/>
          <w:szCs w:val="24"/>
          <w:lang w:eastAsia="ko-KR"/>
        </w:rPr>
        <w:t xml:space="preserve">1 | </w:t>
      </w:r>
      <w:proofErr w:type="spellStart"/>
      <w:r w:rsidRPr="00541447">
        <w:rPr>
          <w:sz w:val="24"/>
          <w:szCs w:val="24"/>
          <w:lang w:eastAsia="ko-KR"/>
        </w:rPr>
        <w:t>산화질소대사체</w:t>
      </w:r>
      <w:proofErr w:type="spellEnd"/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관련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소재</w:t>
      </w:r>
    </w:p>
    <w:p w14:paraId="53D3228F" w14:textId="77777777" w:rsidR="00580BD6" w:rsidRPr="00541447" w:rsidRDefault="002904DF">
      <w:pPr>
        <w:rPr>
          <w:sz w:val="24"/>
          <w:szCs w:val="24"/>
          <w:lang w:eastAsia="ko-KR"/>
        </w:rPr>
      </w:pPr>
      <w:r w:rsidRPr="00541447">
        <w:rPr>
          <w:sz w:val="24"/>
          <w:szCs w:val="24"/>
          <w:lang w:eastAsia="ko-KR"/>
        </w:rPr>
        <w:t>비원은</w:t>
      </w:r>
      <w:r w:rsidRPr="00541447">
        <w:rPr>
          <w:sz w:val="24"/>
          <w:szCs w:val="24"/>
          <w:lang w:eastAsia="ko-KR"/>
        </w:rPr>
        <w:t xml:space="preserve"> </w:t>
      </w:r>
      <w:proofErr w:type="spellStart"/>
      <w:r w:rsidRPr="00541447">
        <w:rPr>
          <w:sz w:val="24"/>
          <w:szCs w:val="24"/>
          <w:lang w:eastAsia="ko-KR"/>
        </w:rPr>
        <w:t>산화질소대사체</w:t>
      </w:r>
      <w:proofErr w:type="spellEnd"/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관련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소재를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패치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제품에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적용하는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연구를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진행하고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있습니다</w:t>
      </w:r>
      <w:r w:rsidRPr="00541447">
        <w:rPr>
          <w:sz w:val="24"/>
          <w:szCs w:val="24"/>
          <w:lang w:eastAsia="ko-KR"/>
        </w:rPr>
        <w:t xml:space="preserve">. </w:t>
      </w:r>
      <w:r w:rsidRPr="00541447">
        <w:rPr>
          <w:sz w:val="24"/>
          <w:szCs w:val="24"/>
          <w:lang w:eastAsia="ko-KR"/>
        </w:rPr>
        <w:t>산화질소</w:t>
      </w:r>
      <w:r w:rsidRPr="00541447">
        <w:rPr>
          <w:sz w:val="24"/>
          <w:szCs w:val="24"/>
          <w:lang w:eastAsia="ko-KR"/>
        </w:rPr>
        <w:t>(NO)</w:t>
      </w:r>
      <w:r w:rsidRPr="00541447">
        <w:rPr>
          <w:sz w:val="24"/>
          <w:szCs w:val="24"/>
          <w:lang w:eastAsia="ko-KR"/>
        </w:rPr>
        <w:t>는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생체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내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여러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생리적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과정에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관여하는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물질로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알려져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있으나</w:t>
      </w:r>
      <w:r w:rsidRPr="00541447">
        <w:rPr>
          <w:sz w:val="24"/>
          <w:szCs w:val="24"/>
          <w:lang w:eastAsia="ko-KR"/>
        </w:rPr>
        <w:t xml:space="preserve">, </w:t>
      </w:r>
      <w:r w:rsidRPr="00541447">
        <w:rPr>
          <w:sz w:val="24"/>
          <w:szCs w:val="24"/>
          <w:lang w:eastAsia="ko-KR"/>
        </w:rPr>
        <w:t>해당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소재의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제품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적용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사실만으로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피부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흡수</w:t>
      </w:r>
      <w:r w:rsidRPr="00541447">
        <w:rPr>
          <w:sz w:val="24"/>
          <w:szCs w:val="24"/>
          <w:lang w:eastAsia="ko-KR"/>
        </w:rPr>
        <w:t>·</w:t>
      </w:r>
      <w:r w:rsidRPr="00541447">
        <w:rPr>
          <w:sz w:val="24"/>
          <w:szCs w:val="24"/>
          <w:lang w:eastAsia="ko-KR"/>
        </w:rPr>
        <w:t>혈류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개선</w:t>
      </w:r>
      <w:r w:rsidRPr="00541447">
        <w:rPr>
          <w:sz w:val="24"/>
          <w:szCs w:val="24"/>
          <w:lang w:eastAsia="ko-KR"/>
        </w:rPr>
        <w:t>·</w:t>
      </w:r>
      <w:r w:rsidRPr="00541447">
        <w:rPr>
          <w:sz w:val="24"/>
          <w:szCs w:val="24"/>
          <w:lang w:eastAsia="ko-KR"/>
        </w:rPr>
        <w:t>통증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감소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등의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인체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효과가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입증되는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것은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아닙니다</w:t>
      </w:r>
      <w:r w:rsidRPr="00541447">
        <w:rPr>
          <w:sz w:val="24"/>
          <w:szCs w:val="24"/>
          <w:lang w:eastAsia="ko-KR"/>
        </w:rPr>
        <w:t xml:space="preserve">. </w:t>
      </w:r>
      <w:r w:rsidRPr="00541447">
        <w:rPr>
          <w:sz w:val="24"/>
          <w:szCs w:val="24"/>
          <w:lang w:eastAsia="ko-KR"/>
        </w:rPr>
        <w:t>대외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자료에는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실제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배합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규격과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검증자료에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근거한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표현을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사용합니다</w:t>
      </w:r>
      <w:r w:rsidRPr="00541447">
        <w:rPr>
          <w:sz w:val="24"/>
          <w:szCs w:val="24"/>
          <w:lang w:eastAsia="ko-KR"/>
        </w:rPr>
        <w:t>.</w:t>
      </w:r>
    </w:p>
    <w:p w14:paraId="65E1BA83" w14:textId="77777777" w:rsidR="00580BD6" w:rsidRPr="00541447" w:rsidRDefault="002904DF">
      <w:pPr>
        <w:spacing w:after="100"/>
        <w:rPr>
          <w:sz w:val="24"/>
          <w:szCs w:val="24"/>
          <w:lang w:eastAsia="ko-KR"/>
        </w:rPr>
      </w:pPr>
      <w:r w:rsidRPr="00541447">
        <w:rPr>
          <w:color w:val="193553"/>
          <w:sz w:val="24"/>
          <w:szCs w:val="24"/>
          <w:lang w:eastAsia="ko-KR"/>
        </w:rPr>
        <w:t>[</w:t>
      </w:r>
      <w:r w:rsidRPr="00541447">
        <w:rPr>
          <w:color w:val="193553"/>
          <w:sz w:val="24"/>
          <w:szCs w:val="24"/>
          <w:lang w:eastAsia="ko-KR"/>
        </w:rPr>
        <w:t>기술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이해</w:t>
      </w:r>
      <w:r w:rsidRPr="00541447">
        <w:rPr>
          <w:color w:val="193553"/>
          <w:sz w:val="24"/>
          <w:szCs w:val="24"/>
          <w:lang w:eastAsia="ko-KR"/>
        </w:rPr>
        <w:t xml:space="preserve">] </w:t>
      </w:r>
      <w:r w:rsidRPr="00541447">
        <w:rPr>
          <w:color w:val="193553"/>
          <w:sz w:val="24"/>
          <w:szCs w:val="24"/>
          <w:lang w:eastAsia="ko-KR"/>
        </w:rPr>
        <w:t>산화질소</w:t>
      </w:r>
      <w:r w:rsidRPr="00541447">
        <w:rPr>
          <w:color w:val="193553"/>
          <w:sz w:val="24"/>
          <w:szCs w:val="24"/>
          <w:lang w:eastAsia="ko-KR"/>
        </w:rPr>
        <w:t>(NO)</w:t>
      </w:r>
      <w:r w:rsidRPr="00541447">
        <w:rPr>
          <w:color w:val="193553"/>
          <w:sz w:val="24"/>
          <w:szCs w:val="24"/>
          <w:lang w:eastAsia="ko-KR"/>
        </w:rPr>
        <w:t>는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생체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내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신호전달에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관여하는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분자이며</w:t>
      </w:r>
      <w:r w:rsidRPr="00541447">
        <w:rPr>
          <w:color w:val="193553"/>
          <w:sz w:val="24"/>
          <w:szCs w:val="24"/>
          <w:lang w:eastAsia="ko-KR"/>
        </w:rPr>
        <w:t xml:space="preserve">, </w:t>
      </w:r>
      <w:proofErr w:type="spellStart"/>
      <w:r w:rsidRPr="00541447">
        <w:rPr>
          <w:color w:val="193553"/>
          <w:sz w:val="24"/>
          <w:szCs w:val="24"/>
          <w:lang w:eastAsia="ko-KR"/>
        </w:rPr>
        <w:t>산화질소대사체는</w:t>
      </w:r>
      <w:proofErr w:type="spellEnd"/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관련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화합물의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범주를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말합니다</w:t>
      </w:r>
      <w:r w:rsidRPr="00541447">
        <w:rPr>
          <w:color w:val="193553"/>
          <w:sz w:val="24"/>
          <w:szCs w:val="24"/>
          <w:lang w:eastAsia="ko-KR"/>
        </w:rPr>
        <w:t xml:space="preserve">. </w:t>
      </w:r>
      <w:r w:rsidRPr="00541447">
        <w:rPr>
          <w:color w:val="193553"/>
          <w:sz w:val="24"/>
          <w:szCs w:val="24"/>
          <w:lang w:eastAsia="ko-KR"/>
        </w:rPr>
        <w:t>패치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내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적용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원료의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종류</w:t>
      </w:r>
      <w:r w:rsidRPr="00541447">
        <w:rPr>
          <w:color w:val="193553"/>
          <w:sz w:val="24"/>
          <w:szCs w:val="24"/>
          <w:lang w:eastAsia="ko-KR"/>
        </w:rPr>
        <w:t>·</w:t>
      </w:r>
      <w:r w:rsidRPr="00541447">
        <w:rPr>
          <w:color w:val="193553"/>
          <w:sz w:val="24"/>
          <w:szCs w:val="24"/>
          <w:lang w:eastAsia="ko-KR"/>
        </w:rPr>
        <w:t>함량</w:t>
      </w:r>
      <w:r w:rsidRPr="00541447">
        <w:rPr>
          <w:color w:val="193553"/>
          <w:sz w:val="24"/>
          <w:szCs w:val="24"/>
          <w:lang w:eastAsia="ko-KR"/>
        </w:rPr>
        <w:t>·</w:t>
      </w:r>
      <w:r w:rsidRPr="00541447">
        <w:rPr>
          <w:color w:val="193553"/>
          <w:sz w:val="24"/>
          <w:szCs w:val="24"/>
          <w:lang w:eastAsia="ko-KR"/>
        </w:rPr>
        <w:t>안정성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자료는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별도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확인이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필요합니다</w:t>
      </w:r>
      <w:r w:rsidRPr="00541447">
        <w:rPr>
          <w:color w:val="193553"/>
          <w:sz w:val="24"/>
          <w:szCs w:val="24"/>
          <w:lang w:eastAsia="ko-KR"/>
        </w:rPr>
        <w:t xml:space="preserve">. </w:t>
      </w:r>
      <w:r w:rsidRPr="00541447">
        <w:rPr>
          <w:color w:val="193553"/>
          <w:sz w:val="24"/>
          <w:szCs w:val="24"/>
          <w:lang w:eastAsia="ko-KR"/>
        </w:rPr>
        <w:t>이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소재의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적용이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곧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인체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효능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입증을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뜻하지는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않습니다</w:t>
      </w:r>
      <w:r w:rsidRPr="00541447">
        <w:rPr>
          <w:color w:val="193553"/>
          <w:sz w:val="24"/>
          <w:szCs w:val="24"/>
          <w:lang w:eastAsia="ko-KR"/>
        </w:rPr>
        <w:t>.</w:t>
      </w:r>
    </w:p>
    <w:p w14:paraId="1FBD2961" w14:textId="77777777" w:rsidR="00580BD6" w:rsidRPr="00541447" w:rsidRDefault="002904DF">
      <w:pPr>
        <w:pStyle w:val="21"/>
        <w:rPr>
          <w:sz w:val="24"/>
          <w:szCs w:val="24"/>
          <w:lang w:eastAsia="ko-KR"/>
        </w:rPr>
      </w:pPr>
      <w:r w:rsidRPr="00541447">
        <w:rPr>
          <w:sz w:val="24"/>
          <w:szCs w:val="24"/>
          <w:lang w:eastAsia="ko-KR"/>
        </w:rPr>
        <w:t xml:space="preserve">2 | </w:t>
      </w:r>
      <w:r w:rsidRPr="00541447">
        <w:rPr>
          <w:sz w:val="24"/>
          <w:szCs w:val="24"/>
          <w:lang w:eastAsia="ko-KR"/>
        </w:rPr>
        <w:t>원적외선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방사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특성을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고려한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소재</w:t>
      </w:r>
    </w:p>
    <w:p w14:paraId="36E93665" w14:textId="77777777" w:rsidR="00580BD6" w:rsidRPr="00541447" w:rsidRDefault="002904DF">
      <w:pPr>
        <w:rPr>
          <w:sz w:val="24"/>
          <w:szCs w:val="24"/>
          <w:lang w:eastAsia="ko-KR"/>
        </w:rPr>
      </w:pPr>
      <w:r w:rsidRPr="00541447">
        <w:rPr>
          <w:sz w:val="24"/>
          <w:szCs w:val="24"/>
          <w:lang w:eastAsia="ko-KR"/>
        </w:rPr>
        <w:t>패치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소재의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물리적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특성을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확인하기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위해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원적외선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방사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관련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시험을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실시했습니다</w:t>
      </w:r>
      <w:r w:rsidRPr="00541447">
        <w:rPr>
          <w:sz w:val="24"/>
          <w:szCs w:val="24"/>
          <w:lang w:eastAsia="ko-KR"/>
        </w:rPr>
        <w:t xml:space="preserve">. </w:t>
      </w:r>
      <w:r w:rsidRPr="00541447">
        <w:rPr>
          <w:sz w:val="24"/>
          <w:szCs w:val="24"/>
          <w:lang w:eastAsia="ko-KR"/>
        </w:rPr>
        <w:t>제출된</w:t>
      </w:r>
      <w:r w:rsidRPr="00541447">
        <w:rPr>
          <w:sz w:val="24"/>
          <w:szCs w:val="24"/>
          <w:lang w:eastAsia="ko-KR"/>
        </w:rPr>
        <w:t xml:space="preserve"> </w:t>
      </w:r>
      <w:proofErr w:type="spellStart"/>
      <w:r w:rsidRPr="00541447">
        <w:rPr>
          <w:sz w:val="24"/>
          <w:szCs w:val="24"/>
          <w:lang w:eastAsia="ko-KR"/>
        </w:rPr>
        <w:t>한국원적외선협회</w:t>
      </w:r>
      <w:proofErr w:type="spellEnd"/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성적서에</w:t>
      </w:r>
      <w:r w:rsidRPr="00541447">
        <w:rPr>
          <w:sz w:val="24"/>
          <w:szCs w:val="24"/>
          <w:lang w:eastAsia="ko-KR"/>
        </w:rPr>
        <w:t xml:space="preserve"> </w:t>
      </w:r>
      <w:proofErr w:type="spellStart"/>
      <w:r w:rsidRPr="00541447">
        <w:rPr>
          <w:sz w:val="24"/>
          <w:szCs w:val="24"/>
          <w:lang w:eastAsia="ko-KR"/>
        </w:rPr>
        <w:t>방사율</w:t>
      </w:r>
      <w:proofErr w:type="spellEnd"/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등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측정결과가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제시되어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있으며</w:t>
      </w:r>
      <w:r w:rsidRPr="00541447">
        <w:rPr>
          <w:sz w:val="24"/>
          <w:szCs w:val="24"/>
          <w:lang w:eastAsia="ko-KR"/>
        </w:rPr>
        <w:t xml:space="preserve">, </w:t>
      </w:r>
      <w:r w:rsidRPr="00541447">
        <w:rPr>
          <w:sz w:val="24"/>
          <w:szCs w:val="24"/>
          <w:lang w:eastAsia="ko-KR"/>
        </w:rPr>
        <w:t>이는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시료의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방사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특성에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관한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자료입니다</w:t>
      </w:r>
      <w:r w:rsidRPr="00541447">
        <w:rPr>
          <w:sz w:val="24"/>
          <w:szCs w:val="24"/>
          <w:lang w:eastAsia="ko-KR"/>
        </w:rPr>
        <w:t xml:space="preserve">. </w:t>
      </w:r>
      <w:r w:rsidRPr="00541447">
        <w:rPr>
          <w:sz w:val="24"/>
          <w:szCs w:val="24"/>
          <w:lang w:eastAsia="ko-KR"/>
        </w:rPr>
        <w:t>인체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치료효과를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직접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증명하는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시험과는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구분합니다</w:t>
      </w:r>
      <w:r w:rsidRPr="00541447">
        <w:rPr>
          <w:sz w:val="24"/>
          <w:szCs w:val="24"/>
          <w:lang w:eastAsia="ko-KR"/>
        </w:rPr>
        <w:t>.</w:t>
      </w:r>
    </w:p>
    <w:p w14:paraId="2BD89776" w14:textId="77777777" w:rsidR="00580BD6" w:rsidRPr="00541447" w:rsidRDefault="002904DF">
      <w:pPr>
        <w:spacing w:after="100"/>
        <w:rPr>
          <w:sz w:val="24"/>
          <w:szCs w:val="24"/>
          <w:lang w:eastAsia="ko-KR"/>
        </w:rPr>
      </w:pPr>
      <w:r w:rsidRPr="00541447">
        <w:rPr>
          <w:color w:val="193553"/>
          <w:sz w:val="24"/>
          <w:szCs w:val="24"/>
          <w:lang w:eastAsia="ko-KR"/>
        </w:rPr>
        <w:t>[</w:t>
      </w:r>
      <w:r w:rsidRPr="00541447">
        <w:rPr>
          <w:color w:val="193553"/>
          <w:sz w:val="24"/>
          <w:szCs w:val="24"/>
          <w:lang w:eastAsia="ko-KR"/>
        </w:rPr>
        <w:t>시험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근거</w:t>
      </w:r>
      <w:r w:rsidRPr="00541447">
        <w:rPr>
          <w:color w:val="193553"/>
          <w:sz w:val="24"/>
          <w:szCs w:val="24"/>
          <w:lang w:eastAsia="ko-KR"/>
        </w:rPr>
        <w:t xml:space="preserve">] </w:t>
      </w:r>
      <w:r w:rsidRPr="00541447">
        <w:rPr>
          <w:color w:val="193553"/>
          <w:sz w:val="24"/>
          <w:szCs w:val="24"/>
          <w:lang w:eastAsia="ko-KR"/>
        </w:rPr>
        <w:t>제공된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원적외선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시험자료에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제시된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proofErr w:type="spellStart"/>
      <w:r w:rsidRPr="00541447">
        <w:rPr>
          <w:color w:val="193553"/>
          <w:sz w:val="24"/>
          <w:szCs w:val="24"/>
          <w:lang w:eastAsia="ko-KR"/>
        </w:rPr>
        <w:t>방사율</w:t>
      </w:r>
      <w:proofErr w:type="spellEnd"/>
      <w:r w:rsidRPr="00541447">
        <w:rPr>
          <w:color w:val="193553"/>
          <w:sz w:val="24"/>
          <w:szCs w:val="24"/>
          <w:lang w:eastAsia="ko-KR"/>
        </w:rPr>
        <w:t>: 0.901(5~20</w:t>
      </w:r>
      <w:r w:rsidRPr="00541447">
        <w:rPr>
          <w:color w:val="193553"/>
          <w:sz w:val="24"/>
          <w:szCs w:val="24"/>
          <w:lang w:eastAsia="ko-KR"/>
        </w:rPr>
        <w:t>㎛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조건</w:t>
      </w:r>
      <w:r w:rsidRPr="00541447">
        <w:rPr>
          <w:color w:val="193553"/>
          <w:sz w:val="24"/>
          <w:szCs w:val="24"/>
          <w:lang w:eastAsia="ko-KR"/>
        </w:rPr>
        <w:t xml:space="preserve">). </w:t>
      </w:r>
      <w:r w:rsidRPr="00541447">
        <w:rPr>
          <w:color w:val="193553"/>
          <w:sz w:val="24"/>
          <w:szCs w:val="24"/>
          <w:lang w:eastAsia="ko-KR"/>
        </w:rPr>
        <w:t>방사율은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같은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온도의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이상적인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proofErr w:type="spellStart"/>
      <w:r w:rsidRPr="00541447">
        <w:rPr>
          <w:color w:val="193553"/>
          <w:sz w:val="24"/>
          <w:szCs w:val="24"/>
          <w:lang w:eastAsia="ko-KR"/>
        </w:rPr>
        <w:t>흑체</w:t>
      </w:r>
      <w:proofErr w:type="spellEnd"/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대비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열복사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정도를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나타내는</w:t>
      </w:r>
      <w:r w:rsidRPr="00541447">
        <w:rPr>
          <w:color w:val="193553"/>
          <w:sz w:val="24"/>
          <w:szCs w:val="24"/>
          <w:lang w:eastAsia="ko-KR"/>
        </w:rPr>
        <w:t xml:space="preserve"> 0~1 </w:t>
      </w:r>
      <w:r w:rsidRPr="00541447">
        <w:rPr>
          <w:color w:val="193553"/>
          <w:sz w:val="24"/>
          <w:szCs w:val="24"/>
          <w:lang w:eastAsia="ko-KR"/>
        </w:rPr>
        <w:t>사이의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proofErr w:type="spellStart"/>
      <w:r w:rsidRPr="00541447">
        <w:rPr>
          <w:color w:val="193553"/>
          <w:sz w:val="24"/>
          <w:szCs w:val="24"/>
          <w:lang w:eastAsia="ko-KR"/>
        </w:rPr>
        <w:t>물리량입니다</w:t>
      </w:r>
      <w:proofErr w:type="spellEnd"/>
      <w:r w:rsidRPr="00541447">
        <w:rPr>
          <w:color w:val="193553"/>
          <w:sz w:val="24"/>
          <w:szCs w:val="24"/>
          <w:lang w:eastAsia="ko-KR"/>
        </w:rPr>
        <w:t xml:space="preserve">. </w:t>
      </w:r>
      <w:r w:rsidRPr="00541447">
        <w:rPr>
          <w:color w:val="193553"/>
          <w:sz w:val="24"/>
          <w:szCs w:val="24"/>
          <w:lang w:eastAsia="ko-KR"/>
        </w:rPr>
        <w:t>수치는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시료의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방사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특성을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뜻하며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통증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완화율이나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인체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효능을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의미하지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않습니다</w:t>
      </w:r>
      <w:r w:rsidRPr="00541447">
        <w:rPr>
          <w:color w:val="193553"/>
          <w:sz w:val="24"/>
          <w:szCs w:val="24"/>
          <w:lang w:eastAsia="ko-KR"/>
        </w:rPr>
        <w:t xml:space="preserve">. </w:t>
      </w:r>
      <w:r w:rsidRPr="00541447">
        <w:rPr>
          <w:color w:val="193553"/>
          <w:sz w:val="24"/>
          <w:szCs w:val="24"/>
          <w:lang w:eastAsia="ko-KR"/>
        </w:rPr>
        <w:t>최종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배포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전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시험성적서의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시험기관</w:t>
      </w:r>
      <w:r w:rsidRPr="00541447">
        <w:rPr>
          <w:color w:val="193553"/>
          <w:sz w:val="24"/>
          <w:szCs w:val="24"/>
          <w:lang w:eastAsia="ko-KR"/>
        </w:rPr>
        <w:t>·</w:t>
      </w:r>
      <w:r w:rsidRPr="00541447">
        <w:rPr>
          <w:color w:val="193553"/>
          <w:sz w:val="24"/>
          <w:szCs w:val="24"/>
          <w:lang w:eastAsia="ko-KR"/>
        </w:rPr>
        <w:t>번호</w:t>
      </w:r>
      <w:r w:rsidRPr="00541447">
        <w:rPr>
          <w:color w:val="193553"/>
          <w:sz w:val="24"/>
          <w:szCs w:val="24"/>
          <w:lang w:eastAsia="ko-KR"/>
        </w:rPr>
        <w:t>·</w:t>
      </w:r>
      <w:r w:rsidRPr="00541447">
        <w:rPr>
          <w:color w:val="193553"/>
          <w:sz w:val="24"/>
          <w:szCs w:val="24"/>
          <w:lang w:eastAsia="ko-KR"/>
        </w:rPr>
        <w:t>조건을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대조합니다</w:t>
      </w:r>
      <w:r w:rsidRPr="00541447">
        <w:rPr>
          <w:color w:val="193553"/>
          <w:sz w:val="24"/>
          <w:szCs w:val="24"/>
          <w:lang w:eastAsia="ko-KR"/>
        </w:rPr>
        <w:t>.</w:t>
      </w:r>
    </w:p>
    <w:p w14:paraId="2F374A62" w14:textId="77777777" w:rsidR="00580BD6" w:rsidRPr="00541447" w:rsidRDefault="002904DF">
      <w:pPr>
        <w:pStyle w:val="21"/>
        <w:rPr>
          <w:sz w:val="24"/>
          <w:szCs w:val="24"/>
          <w:lang w:eastAsia="ko-KR"/>
        </w:rPr>
      </w:pPr>
      <w:r w:rsidRPr="00541447">
        <w:rPr>
          <w:sz w:val="24"/>
          <w:szCs w:val="24"/>
          <w:lang w:eastAsia="ko-KR"/>
        </w:rPr>
        <w:lastRenderedPageBreak/>
        <w:t xml:space="preserve">3 | </w:t>
      </w:r>
      <w:r w:rsidRPr="00541447">
        <w:rPr>
          <w:sz w:val="24"/>
          <w:szCs w:val="24"/>
          <w:lang w:eastAsia="ko-KR"/>
        </w:rPr>
        <w:t>식물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유래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허브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추출물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및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복합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배합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연구</w:t>
      </w:r>
    </w:p>
    <w:p w14:paraId="772D5423" w14:textId="77777777" w:rsidR="00580BD6" w:rsidRPr="00541447" w:rsidRDefault="002904DF">
      <w:pPr>
        <w:rPr>
          <w:sz w:val="24"/>
          <w:szCs w:val="24"/>
          <w:lang w:eastAsia="ko-KR"/>
        </w:rPr>
      </w:pPr>
      <w:r w:rsidRPr="00541447">
        <w:rPr>
          <w:sz w:val="24"/>
          <w:szCs w:val="24"/>
          <w:lang w:eastAsia="ko-KR"/>
        </w:rPr>
        <w:t>비원은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식물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유래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허브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성분과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여러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소재를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패치에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적용하는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배합</w:t>
      </w:r>
      <w:r w:rsidRPr="00541447">
        <w:rPr>
          <w:sz w:val="24"/>
          <w:szCs w:val="24"/>
          <w:lang w:eastAsia="ko-KR"/>
        </w:rPr>
        <w:t>·</w:t>
      </w:r>
      <w:r w:rsidRPr="00541447">
        <w:rPr>
          <w:sz w:val="24"/>
          <w:szCs w:val="24"/>
          <w:lang w:eastAsia="ko-KR"/>
        </w:rPr>
        <w:t>제조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연구를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진행하고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있습니다</w:t>
      </w:r>
      <w:r w:rsidRPr="00541447">
        <w:rPr>
          <w:sz w:val="24"/>
          <w:szCs w:val="24"/>
          <w:lang w:eastAsia="ko-KR"/>
        </w:rPr>
        <w:t xml:space="preserve">. </w:t>
      </w:r>
      <w:r w:rsidRPr="00541447">
        <w:rPr>
          <w:sz w:val="24"/>
          <w:szCs w:val="24"/>
          <w:lang w:eastAsia="ko-KR"/>
        </w:rPr>
        <w:t>원료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선정</w:t>
      </w:r>
      <w:r w:rsidRPr="00541447">
        <w:rPr>
          <w:sz w:val="24"/>
          <w:szCs w:val="24"/>
          <w:lang w:eastAsia="ko-KR"/>
        </w:rPr>
        <w:t xml:space="preserve">, </w:t>
      </w:r>
      <w:r w:rsidRPr="00541447">
        <w:rPr>
          <w:sz w:val="24"/>
          <w:szCs w:val="24"/>
          <w:lang w:eastAsia="ko-KR"/>
        </w:rPr>
        <w:t>추출물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특성</w:t>
      </w:r>
      <w:r w:rsidRPr="00541447">
        <w:rPr>
          <w:sz w:val="24"/>
          <w:szCs w:val="24"/>
          <w:lang w:eastAsia="ko-KR"/>
        </w:rPr>
        <w:t xml:space="preserve">, </w:t>
      </w:r>
      <w:r w:rsidRPr="00541447">
        <w:rPr>
          <w:sz w:val="24"/>
          <w:szCs w:val="24"/>
          <w:lang w:eastAsia="ko-KR"/>
        </w:rPr>
        <w:t>배합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안정성</w:t>
      </w:r>
      <w:r w:rsidRPr="00541447">
        <w:rPr>
          <w:sz w:val="24"/>
          <w:szCs w:val="24"/>
          <w:lang w:eastAsia="ko-KR"/>
        </w:rPr>
        <w:t xml:space="preserve">, </w:t>
      </w:r>
      <w:r w:rsidRPr="00541447">
        <w:rPr>
          <w:sz w:val="24"/>
          <w:szCs w:val="24"/>
          <w:lang w:eastAsia="ko-KR"/>
        </w:rPr>
        <w:t>원단과의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적합성을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종합적으로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고려하는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것이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개발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방향입니다</w:t>
      </w:r>
      <w:r w:rsidRPr="00541447">
        <w:rPr>
          <w:sz w:val="24"/>
          <w:szCs w:val="24"/>
          <w:lang w:eastAsia="ko-KR"/>
        </w:rPr>
        <w:t xml:space="preserve">. </w:t>
      </w:r>
      <w:r w:rsidRPr="00541447">
        <w:rPr>
          <w:sz w:val="24"/>
          <w:szCs w:val="24"/>
          <w:lang w:eastAsia="ko-KR"/>
        </w:rPr>
        <w:t>독자적인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허브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추출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공정의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특허</w:t>
      </w:r>
      <w:r w:rsidRPr="00541447">
        <w:rPr>
          <w:sz w:val="24"/>
          <w:szCs w:val="24"/>
          <w:lang w:eastAsia="ko-KR"/>
        </w:rPr>
        <w:t>·</w:t>
      </w:r>
      <w:r w:rsidRPr="00541447">
        <w:rPr>
          <w:sz w:val="24"/>
          <w:szCs w:val="24"/>
          <w:lang w:eastAsia="ko-KR"/>
        </w:rPr>
        <w:t>기술자료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및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구체적인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비교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성능은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확인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후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추가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기재할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예정입니다</w:t>
      </w:r>
      <w:r w:rsidRPr="00541447">
        <w:rPr>
          <w:sz w:val="24"/>
          <w:szCs w:val="24"/>
          <w:lang w:eastAsia="ko-KR"/>
        </w:rPr>
        <w:t>.</w:t>
      </w:r>
    </w:p>
    <w:p w14:paraId="2101A7F2" w14:textId="77777777" w:rsidR="00580BD6" w:rsidRPr="00541447" w:rsidRDefault="002904DF">
      <w:pPr>
        <w:spacing w:after="100"/>
        <w:rPr>
          <w:sz w:val="24"/>
          <w:szCs w:val="24"/>
          <w:lang w:eastAsia="ko-KR"/>
        </w:rPr>
      </w:pPr>
      <w:r w:rsidRPr="00541447">
        <w:rPr>
          <w:color w:val="193553"/>
          <w:sz w:val="24"/>
          <w:szCs w:val="24"/>
          <w:lang w:eastAsia="ko-KR"/>
        </w:rPr>
        <w:t>[</w:t>
      </w:r>
      <w:r w:rsidRPr="00541447">
        <w:rPr>
          <w:color w:val="193553"/>
          <w:sz w:val="24"/>
          <w:szCs w:val="24"/>
          <w:lang w:eastAsia="ko-KR"/>
        </w:rPr>
        <w:t>기술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이해</w:t>
      </w:r>
      <w:r w:rsidRPr="00541447">
        <w:rPr>
          <w:color w:val="193553"/>
          <w:sz w:val="24"/>
          <w:szCs w:val="24"/>
          <w:lang w:eastAsia="ko-KR"/>
        </w:rPr>
        <w:t xml:space="preserve">] </w:t>
      </w:r>
      <w:r w:rsidRPr="00541447">
        <w:rPr>
          <w:color w:val="193553"/>
          <w:sz w:val="24"/>
          <w:szCs w:val="24"/>
          <w:lang w:eastAsia="ko-KR"/>
        </w:rPr>
        <w:t>허브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추출</w:t>
      </w:r>
      <w:r w:rsidRPr="00541447">
        <w:rPr>
          <w:color w:val="193553"/>
          <w:sz w:val="24"/>
          <w:szCs w:val="24"/>
          <w:lang w:eastAsia="ko-KR"/>
        </w:rPr>
        <w:t>·</w:t>
      </w:r>
      <w:r w:rsidRPr="00541447">
        <w:rPr>
          <w:color w:val="193553"/>
          <w:sz w:val="24"/>
          <w:szCs w:val="24"/>
          <w:lang w:eastAsia="ko-KR"/>
        </w:rPr>
        <w:t>복합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배합은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식물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원료에서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성분을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추출하고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다른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패치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소재와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혼합</w:t>
      </w:r>
      <w:r w:rsidRPr="00541447">
        <w:rPr>
          <w:color w:val="193553"/>
          <w:sz w:val="24"/>
          <w:szCs w:val="24"/>
          <w:lang w:eastAsia="ko-KR"/>
        </w:rPr>
        <w:t>·</w:t>
      </w:r>
      <w:r w:rsidRPr="00541447">
        <w:rPr>
          <w:color w:val="193553"/>
          <w:sz w:val="24"/>
          <w:szCs w:val="24"/>
          <w:lang w:eastAsia="ko-KR"/>
        </w:rPr>
        <w:t>적용하는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과정입니다</w:t>
      </w:r>
      <w:r w:rsidRPr="00541447">
        <w:rPr>
          <w:color w:val="193553"/>
          <w:sz w:val="24"/>
          <w:szCs w:val="24"/>
          <w:lang w:eastAsia="ko-KR"/>
        </w:rPr>
        <w:t xml:space="preserve">. </w:t>
      </w:r>
      <w:r w:rsidRPr="00541447">
        <w:rPr>
          <w:color w:val="193553"/>
          <w:sz w:val="24"/>
          <w:szCs w:val="24"/>
          <w:lang w:eastAsia="ko-KR"/>
        </w:rPr>
        <w:t>비원만의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공정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차별성</w:t>
      </w:r>
      <w:r w:rsidRPr="00541447">
        <w:rPr>
          <w:color w:val="193553"/>
          <w:sz w:val="24"/>
          <w:szCs w:val="24"/>
          <w:lang w:eastAsia="ko-KR"/>
        </w:rPr>
        <w:t xml:space="preserve">, </w:t>
      </w:r>
      <w:r w:rsidRPr="00541447">
        <w:rPr>
          <w:color w:val="193553"/>
          <w:sz w:val="24"/>
          <w:szCs w:val="24"/>
          <w:lang w:eastAsia="ko-KR"/>
        </w:rPr>
        <w:t>원료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표준화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및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특허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여부는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기술자료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확인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후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명시합니다</w:t>
      </w:r>
      <w:r w:rsidRPr="00541447">
        <w:rPr>
          <w:color w:val="193553"/>
          <w:sz w:val="24"/>
          <w:szCs w:val="24"/>
          <w:lang w:eastAsia="ko-KR"/>
        </w:rPr>
        <w:t>.</w:t>
      </w:r>
    </w:p>
    <w:p w14:paraId="5794B1AD" w14:textId="77777777" w:rsidR="00580BD6" w:rsidRPr="00541447" w:rsidRDefault="002904DF">
      <w:pPr>
        <w:pStyle w:val="21"/>
        <w:rPr>
          <w:sz w:val="24"/>
          <w:szCs w:val="24"/>
          <w:lang w:eastAsia="ko-KR"/>
        </w:rPr>
      </w:pPr>
      <w:r w:rsidRPr="00541447">
        <w:rPr>
          <w:sz w:val="24"/>
          <w:szCs w:val="24"/>
          <w:lang w:eastAsia="ko-KR"/>
        </w:rPr>
        <w:t xml:space="preserve">4 | </w:t>
      </w:r>
      <w:r w:rsidRPr="00541447">
        <w:rPr>
          <w:sz w:val="24"/>
          <w:szCs w:val="24"/>
          <w:lang w:eastAsia="ko-KR"/>
        </w:rPr>
        <w:t>피부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부착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제품에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필요한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착용성과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품질</w:t>
      </w:r>
    </w:p>
    <w:p w14:paraId="7E710D9D" w14:textId="77777777" w:rsidR="00580BD6" w:rsidRPr="00541447" w:rsidRDefault="002904DF">
      <w:pPr>
        <w:rPr>
          <w:sz w:val="24"/>
          <w:szCs w:val="24"/>
          <w:lang w:eastAsia="ko-KR"/>
        </w:rPr>
      </w:pPr>
      <w:r w:rsidRPr="00541447">
        <w:rPr>
          <w:sz w:val="24"/>
          <w:szCs w:val="24"/>
          <w:lang w:eastAsia="ko-KR"/>
        </w:rPr>
        <w:t>패치는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피부에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직접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접촉하므로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소재와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접착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구조</w:t>
      </w:r>
      <w:r w:rsidRPr="00541447">
        <w:rPr>
          <w:sz w:val="24"/>
          <w:szCs w:val="24"/>
          <w:lang w:eastAsia="ko-KR"/>
        </w:rPr>
        <w:t xml:space="preserve">, </w:t>
      </w:r>
      <w:r w:rsidRPr="00541447">
        <w:rPr>
          <w:sz w:val="24"/>
          <w:szCs w:val="24"/>
          <w:lang w:eastAsia="ko-KR"/>
        </w:rPr>
        <w:t>사용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편의성이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중요합니다</w:t>
      </w:r>
      <w:r w:rsidRPr="00541447">
        <w:rPr>
          <w:sz w:val="24"/>
          <w:szCs w:val="24"/>
          <w:lang w:eastAsia="ko-KR"/>
        </w:rPr>
        <w:t xml:space="preserve">. </w:t>
      </w:r>
      <w:r w:rsidRPr="00541447">
        <w:rPr>
          <w:sz w:val="24"/>
          <w:szCs w:val="24"/>
          <w:lang w:eastAsia="ko-KR"/>
        </w:rPr>
        <w:t>비원은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피부자극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시험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등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제품별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품질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확인을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진행했으며</w:t>
      </w:r>
      <w:r w:rsidRPr="00541447">
        <w:rPr>
          <w:sz w:val="24"/>
          <w:szCs w:val="24"/>
          <w:lang w:eastAsia="ko-KR"/>
        </w:rPr>
        <w:t xml:space="preserve">, </w:t>
      </w:r>
      <w:r w:rsidRPr="00541447">
        <w:rPr>
          <w:sz w:val="24"/>
          <w:szCs w:val="24"/>
          <w:lang w:eastAsia="ko-KR"/>
        </w:rPr>
        <w:t>패치의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다양한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크기와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형태를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통해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사용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상황에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따른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선택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폭을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넓히고자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합니다</w:t>
      </w:r>
      <w:r w:rsidRPr="00541447">
        <w:rPr>
          <w:sz w:val="24"/>
          <w:szCs w:val="24"/>
          <w:lang w:eastAsia="ko-KR"/>
        </w:rPr>
        <w:t>.</w:t>
      </w:r>
    </w:p>
    <w:p w14:paraId="52244315" w14:textId="77777777" w:rsidR="00580BD6" w:rsidRPr="00541447" w:rsidRDefault="002904DF">
      <w:pPr>
        <w:pStyle w:val="21"/>
        <w:rPr>
          <w:sz w:val="24"/>
          <w:szCs w:val="24"/>
          <w:lang w:eastAsia="ko-KR"/>
        </w:rPr>
      </w:pPr>
      <w:r w:rsidRPr="00541447">
        <w:rPr>
          <w:sz w:val="24"/>
          <w:szCs w:val="24"/>
          <w:lang w:eastAsia="ko-KR"/>
        </w:rPr>
        <w:t>기술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설명에서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지킬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원칙</w:t>
      </w:r>
    </w:p>
    <w:p w14:paraId="542E70FE" w14:textId="77777777" w:rsidR="00580BD6" w:rsidRDefault="002904DF">
      <w:pPr>
        <w:rPr>
          <w:rFonts w:eastAsia="맑은 고딕"/>
          <w:sz w:val="24"/>
          <w:szCs w:val="24"/>
          <w:lang w:eastAsia="ko-KR"/>
        </w:rPr>
      </w:pPr>
      <w:r w:rsidRPr="00541447">
        <w:rPr>
          <w:sz w:val="24"/>
          <w:szCs w:val="24"/>
          <w:lang w:eastAsia="ko-KR"/>
        </w:rPr>
        <w:t>제품의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원료</w:t>
      </w:r>
      <w:r w:rsidRPr="00541447">
        <w:rPr>
          <w:sz w:val="24"/>
          <w:szCs w:val="24"/>
          <w:lang w:eastAsia="ko-KR"/>
        </w:rPr>
        <w:t>·</w:t>
      </w:r>
      <w:r w:rsidRPr="00541447">
        <w:rPr>
          <w:sz w:val="24"/>
          <w:szCs w:val="24"/>
          <w:lang w:eastAsia="ko-KR"/>
        </w:rPr>
        <w:t>물리적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특성</w:t>
      </w:r>
      <w:r w:rsidRPr="00541447">
        <w:rPr>
          <w:sz w:val="24"/>
          <w:szCs w:val="24"/>
          <w:lang w:eastAsia="ko-KR"/>
        </w:rPr>
        <w:t>·</w:t>
      </w:r>
      <w:r w:rsidRPr="00541447">
        <w:rPr>
          <w:sz w:val="24"/>
          <w:szCs w:val="24"/>
          <w:lang w:eastAsia="ko-KR"/>
        </w:rPr>
        <w:t>시험결과와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의학적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효능은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구분하여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설명합니다</w:t>
      </w:r>
      <w:r w:rsidRPr="00541447">
        <w:rPr>
          <w:sz w:val="24"/>
          <w:szCs w:val="24"/>
          <w:lang w:eastAsia="ko-KR"/>
        </w:rPr>
        <w:t>. “</w:t>
      </w:r>
      <w:r w:rsidRPr="00541447">
        <w:rPr>
          <w:sz w:val="24"/>
          <w:szCs w:val="24"/>
          <w:lang w:eastAsia="ko-KR"/>
        </w:rPr>
        <w:t>트러블이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전혀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없다</w:t>
      </w:r>
      <w:r w:rsidRPr="00541447">
        <w:rPr>
          <w:sz w:val="24"/>
          <w:szCs w:val="24"/>
          <w:lang w:eastAsia="ko-KR"/>
        </w:rPr>
        <w:t>”, “</w:t>
      </w:r>
      <w:r w:rsidRPr="00541447">
        <w:rPr>
          <w:sz w:val="24"/>
          <w:szCs w:val="24"/>
          <w:lang w:eastAsia="ko-KR"/>
        </w:rPr>
        <w:t>통증이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치료된다</w:t>
      </w:r>
      <w:r w:rsidRPr="00541447">
        <w:rPr>
          <w:sz w:val="24"/>
          <w:szCs w:val="24"/>
          <w:lang w:eastAsia="ko-KR"/>
        </w:rPr>
        <w:t>”</w:t>
      </w:r>
      <w:proofErr w:type="spellStart"/>
      <w:r w:rsidRPr="00541447">
        <w:rPr>
          <w:sz w:val="24"/>
          <w:szCs w:val="24"/>
          <w:lang w:eastAsia="ko-KR"/>
        </w:rPr>
        <w:t>처럼</w:t>
      </w:r>
      <w:proofErr w:type="spellEnd"/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모든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사용자에게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적용되는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단정적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표현보다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확인된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시험결과와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사용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편의성을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중심으로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소개합니다</w:t>
      </w:r>
      <w:r w:rsidRPr="00541447">
        <w:rPr>
          <w:sz w:val="24"/>
          <w:szCs w:val="24"/>
          <w:lang w:eastAsia="ko-KR"/>
        </w:rPr>
        <w:t>.</w:t>
      </w:r>
    </w:p>
    <w:p w14:paraId="7C9AB33D" w14:textId="77777777" w:rsidR="00545140" w:rsidRPr="00545140" w:rsidRDefault="00545140">
      <w:pPr>
        <w:rPr>
          <w:rFonts w:eastAsia="맑은 고딕"/>
          <w:sz w:val="24"/>
          <w:szCs w:val="24"/>
          <w:lang w:eastAsia="ko-KR"/>
        </w:rPr>
      </w:pPr>
    </w:p>
    <w:p w14:paraId="55DB1A6D" w14:textId="0AD05361" w:rsidR="00545140" w:rsidRPr="00541447" w:rsidRDefault="00545140" w:rsidP="00545140">
      <w:pPr>
        <w:pStyle w:val="1"/>
        <w:rPr>
          <w:sz w:val="28"/>
          <w:lang w:eastAsia="ko-KR"/>
        </w:rPr>
      </w:pPr>
      <w:proofErr w:type="gramStart"/>
      <w:r w:rsidRPr="00541447">
        <w:rPr>
          <w:sz w:val="28"/>
          <w:lang w:eastAsia="ko-KR"/>
        </w:rPr>
        <w:t>0</w:t>
      </w:r>
      <w:r>
        <w:rPr>
          <w:rFonts w:eastAsia="맑은 고딕" w:hint="eastAsia"/>
          <w:sz w:val="28"/>
          <w:lang w:eastAsia="ko-KR"/>
        </w:rPr>
        <w:t>3</w:t>
      </w:r>
      <w:r w:rsidRPr="00541447">
        <w:rPr>
          <w:sz w:val="28"/>
          <w:lang w:eastAsia="ko-KR"/>
        </w:rPr>
        <w:t xml:space="preserve">  </w:t>
      </w:r>
      <w:proofErr w:type="spellStart"/>
      <w:r w:rsidRPr="00541447">
        <w:rPr>
          <w:rFonts w:ascii="맑은 고딕" w:eastAsia="맑은 고딕" w:hAnsi="맑은 고딕" w:cs="맑은 고딕" w:hint="eastAsia"/>
          <w:sz w:val="28"/>
          <w:lang w:eastAsia="ko-KR"/>
        </w:rPr>
        <w:t>바이오힐링패치의</w:t>
      </w:r>
      <w:proofErr w:type="spellEnd"/>
      <w:proofErr w:type="gramEnd"/>
      <w:r w:rsidRPr="00541447">
        <w:rPr>
          <w:sz w:val="2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28"/>
          <w:lang w:eastAsia="ko-KR"/>
        </w:rPr>
        <w:t xml:space="preserve"> </w:t>
      </w:r>
      <w:proofErr w:type="gramStart"/>
      <w:r>
        <w:rPr>
          <w:rFonts w:ascii="맑은 고딕" w:eastAsia="맑은 고딕" w:hAnsi="맑은 고딕" w:cs="맑은 고딕" w:hint="eastAsia"/>
          <w:sz w:val="28"/>
          <w:lang w:eastAsia="ko-KR"/>
        </w:rPr>
        <w:t xml:space="preserve">제품의 </w:t>
      </w:r>
      <w:r w:rsidRPr="00541447">
        <w:rPr>
          <w:sz w:val="28"/>
          <w:lang w:eastAsia="ko-KR"/>
        </w:rPr>
        <w:t xml:space="preserve"> </w:t>
      </w:r>
      <w:r w:rsidRPr="00541447">
        <w:rPr>
          <w:rFonts w:ascii="맑은 고딕" w:eastAsia="맑은 고딕" w:hAnsi="맑은 고딕" w:cs="맑은 고딕" w:hint="eastAsia"/>
          <w:sz w:val="28"/>
          <w:lang w:eastAsia="ko-KR"/>
        </w:rPr>
        <w:t>특징</w:t>
      </w:r>
      <w:proofErr w:type="gramEnd"/>
    </w:p>
    <w:p w14:paraId="2A3A8BED" w14:textId="77777777" w:rsidR="00545140" w:rsidRPr="00545140" w:rsidRDefault="00545140">
      <w:pPr>
        <w:rPr>
          <w:rFonts w:eastAsia="맑은 고딕"/>
          <w:sz w:val="24"/>
          <w:szCs w:val="24"/>
          <w:lang w:eastAsia="ko-KR"/>
        </w:rPr>
      </w:pPr>
    </w:p>
    <w:p w14:paraId="213CFA76" w14:textId="77777777" w:rsidR="00545140" w:rsidRPr="00545140" w:rsidRDefault="00545140" w:rsidP="00545140">
      <w:pPr>
        <w:spacing w:before="100" w:beforeAutospacing="1" w:after="100" w:afterAutospacing="1" w:line="240" w:lineRule="auto"/>
        <w:rPr>
          <w:rFonts w:ascii="굴림" w:eastAsia="굴림" w:hAnsi="굴림" w:cs="굴림"/>
          <w:color w:val="auto"/>
          <w:sz w:val="24"/>
          <w:szCs w:val="24"/>
          <w:lang w:eastAsia="ko-KR"/>
        </w:rPr>
      </w:pPr>
      <w:r w:rsidRPr="00545140">
        <w:rPr>
          <w:rFonts w:ascii="굴림" w:eastAsia="굴림" w:hAnsi="굴림" w:cs="굴림"/>
          <w:color w:val="auto"/>
          <w:sz w:val="24"/>
          <w:szCs w:val="24"/>
          <w:lang w:eastAsia="ko-KR"/>
        </w:rPr>
        <w:t xml:space="preserve">비원의 </w:t>
      </w:r>
      <w:proofErr w:type="spellStart"/>
      <w:r w:rsidRPr="00545140">
        <w:rPr>
          <w:rFonts w:ascii="굴림" w:eastAsia="굴림" w:hAnsi="굴림" w:cs="굴림"/>
          <w:color w:val="auto"/>
          <w:sz w:val="24"/>
          <w:szCs w:val="24"/>
          <w:lang w:eastAsia="ko-KR"/>
        </w:rPr>
        <w:t>바이오힐링패치는</w:t>
      </w:r>
      <w:proofErr w:type="spellEnd"/>
      <w:r w:rsidRPr="00545140">
        <w:rPr>
          <w:rFonts w:ascii="굴림" w:eastAsia="굴림" w:hAnsi="굴림" w:cs="굴림"/>
          <w:color w:val="auto"/>
          <w:sz w:val="24"/>
          <w:szCs w:val="24"/>
          <w:lang w:eastAsia="ko-KR"/>
        </w:rPr>
        <w:t xml:space="preserve"> </w:t>
      </w:r>
      <w:r w:rsidRPr="00545140">
        <w:rPr>
          <w:rFonts w:ascii="굴림" w:eastAsia="굴림" w:hAnsi="굴림" w:cs="굴림"/>
          <w:b/>
          <w:bCs/>
          <w:color w:val="auto"/>
          <w:sz w:val="24"/>
          <w:szCs w:val="24"/>
          <w:lang w:eastAsia="ko-KR"/>
        </w:rPr>
        <w:t xml:space="preserve">피부 친화성, 우수한 </w:t>
      </w:r>
      <w:proofErr w:type="spellStart"/>
      <w:r w:rsidRPr="00545140">
        <w:rPr>
          <w:rFonts w:ascii="굴림" w:eastAsia="굴림" w:hAnsi="굴림" w:cs="굴림"/>
          <w:b/>
          <w:bCs/>
          <w:color w:val="auto"/>
          <w:sz w:val="24"/>
          <w:szCs w:val="24"/>
          <w:lang w:eastAsia="ko-KR"/>
        </w:rPr>
        <w:t>밀착력</w:t>
      </w:r>
      <w:proofErr w:type="spellEnd"/>
      <w:r w:rsidRPr="00545140">
        <w:rPr>
          <w:rFonts w:ascii="굴림" w:eastAsia="굴림" w:hAnsi="굴림" w:cs="굴림"/>
          <w:b/>
          <w:bCs/>
          <w:color w:val="auto"/>
          <w:sz w:val="24"/>
          <w:szCs w:val="24"/>
          <w:lang w:eastAsia="ko-KR"/>
        </w:rPr>
        <w:t>, 편리한 사용성, 차별화된 복합 소재 기술</w:t>
      </w:r>
      <w:r w:rsidRPr="00545140">
        <w:rPr>
          <w:rFonts w:ascii="굴림" w:eastAsia="굴림" w:hAnsi="굴림" w:cs="굴림"/>
          <w:color w:val="auto"/>
          <w:sz w:val="24"/>
          <w:szCs w:val="24"/>
          <w:lang w:eastAsia="ko-KR"/>
        </w:rPr>
        <w:t xml:space="preserve">을 중심으로 개발한 프리미엄 </w:t>
      </w:r>
      <w:proofErr w:type="spellStart"/>
      <w:r w:rsidRPr="00545140">
        <w:rPr>
          <w:rFonts w:ascii="굴림" w:eastAsia="굴림" w:hAnsi="굴림" w:cs="굴림"/>
          <w:color w:val="auto"/>
          <w:sz w:val="24"/>
          <w:szCs w:val="24"/>
          <w:lang w:eastAsia="ko-KR"/>
        </w:rPr>
        <w:t>바디케어</w:t>
      </w:r>
      <w:proofErr w:type="spellEnd"/>
      <w:r w:rsidRPr="00545140">
        <w:rPr>
          <w:rFonts w:ascii="굴림" w:eastAsia="굴림" w:hAnsi="굴림" w:cs="굴림"/>
          <w:color w:val="auto"/>
          <w:sz w:val="24"/>
          <w:szCs w:val="24"/>
          <w:lang w:eastAsia="ko-KR"/>
        </w:rPr>
        <w:t xml:space="preserve"> 패치입니다.</w:t>
      </w:r>
    </w:p>
    <w:p w14:paraId="3B614547" w14:textId="77777777" w:rsidR="00545140" w:rsidRPr="00545140" w:rsidRDefault="00545140" w:rsidP="00545140">
      <w:pPr>
        <w:spacing w:before="100" w:beforeAutospacing="1" w:after="100" w:afterAutospacing="1" w:line="240" w:lineRule="auto"/>
        <w:rPr>
          <w:rFonts w:ascii="굴림" w:eastAsia="굴림" w:hAnsi="굴림" w:cs="굴림"/>
          <w:color w:val="auto"/>
          <w:sz w:val="24"/>
          <w:szCs w:val="24"/>
          <w:lang w:eastAsia="ko-KR"/>
        </w:rPr>
      </w:pPr>
      <w:r w:rsidRPr="00545140">
        <w:rPr>
          <w:rFonts w:ascii="굴림" w:eastAsia="굴림" w:hAnsi="굴림" w:cs="굴림"/>
          <w:b/>
          <w:bCs/>
          <w:color w:val="auto"/>
          <w:sz w:val="24"/>
          <w:szCs w:val="24"/>
          <w:lang w:eastAsia="ko-KR"/>
        </w:rPr>
        <w:t>1. 피부 부담을 줄이기 위한 제품 설계</w:t>
      </w:r>
    </w:p>
    <w:p w14:paraId="1DAB886A" w14:textId="77777777" w:rsidR="00545140" w:rsidRPr="00545140" w:rsidRDefault="00545140" w:rsidP="00545140">
      <w:pPr>
        <w:spacing w:before="100" w:beforeAutospacing="1" w:after="100" w:afterAutospacing="1" w:line="240" w:lineRule="auto"/>
        <w:rPr>
          <w:rFonts w:ascii="굴림" w:eastAsia="굴림" w:hAnsi="굴림" w:cs="굴림"/>
          <w:color w:val="auto"/>
          <w:sz w:val="24"/>
          <w:szCs w:val="24"/>
          <w:lang w:eastAsia="ko-KR"/>
        </w:rPr>
      </w:pPr>
      <w:r w:rsidRPr="00545140">
        <w:rPr>
          <w:rFonts w:ascii="굴림" w:eastAsia="굴림" w:hAnsi="굴림" w:cs="굴림"/>
          <w:color w:val="auto"/>
          <w:sz w:val="24"/>
          <w:szCs w:val="24"/>
          <w:lang w:eastAsia="ko-KR"/>
        </w:rPr>
        <w:t xml:space="preserve">피부에 직접 부착하는 제품인 만큼 피부자극을 최소화하는 것을 중요한 개발 기준으로 삼았습니다. </w:t>
      </w:r>
      <w:proofErr w:type="spellStart"/>
      <w:r w:rsidRPr="00545140">
        <w:rPr>
          <w:rFonts w:ascii="굴림" w:eastAsia="굴림" w:hAnsi="굴림" w:cs="굴림"/>
          <w:color w:val="auto"/>
          <w:sz w:val="24"/>
          <w:szCs w:val="24"/>
          <w:lang w:eastAsia="ko-KR"/>
        </w:rPr>
        <w:t>바이오힐링패치는</w:t>
      </w:r>
      <w:proofErr w:type="spellEnd"/>
      <w:r w:rsidRPr="00545140">
        <w:rPr>
          <w:rFonts w:ascii="굴림" w:eastAsia="굴림" w:hAnsi="굴림" w:cs="굴림"/>
          <w:color w:val="auto"/>
          <w:sz w:val="24"/>
          <w:szCs w:val="24"/>
          <w:lang w:eastAsia="ko-KR"/>
        </w:rPr>
        <w:t xml:space="preserve"> 인체 피부 일차자극 시험에서 피부자극 지수 0.00으로 비(무) 자극성 판정을 받았습니다.</w:t>
      </w:r>
    </w:p>
    <w:p w14:paraId="589D1942" w14:textId="77777777" w:rsidR="00545140" w:rsidRPr="00545140" w:rsidRDefault="00545140" w:rsidP="00545140">
      <w:pPr>
        <w:spacing w:before="100" w:beforeAutospacing="1" w:after="100" w:afterAutospacing="1" w:line="240" w:lineRule="auto"/>
        <w:rPr>
          <w:rFonts w:ascii="굴림" w:eastAsia="굴림" w:hAnsi="굴림" w:cs="굴림"/>
          <w:color w:val="auto"/>
          <w:sz w:val="24"/>
          <w:szCs w:val="24"/>
          <w:lang w:eastAsia="ko-KR"/>
        </w:rPr>
      </w:pPr>
      <w:r w:rsidRPr="00545140">
        <w:rPr>
          <w:rFonts w:ascii="굴림" w:eastAsia="굴림" w:hAnsi="굴림" w:cs="굴림"/>
          <w:b/>
          <w:bCs/>
          <w:color w:val="auto"/>
          <w:sz w:val="24"/>
          <w:szCs w:val="24"/>
          <w:lang w:eastAsia="ko-KR"/>
        </w:rPr>
        <w:t>2. 다양한 신체 부위에 편리하게 사용하는 패치</w:t>
      </w:r>
    </w:p>
    <w:p w14:paraId="1DDECF26" w14:textId="77777777" w:rsidR="00545140" w:rsidRPr="00545140" w:rsidRDefault="00545140" w:rsidP="00545140">
      <w:pPr>
        <w:spacing w:before="100" w:beforeAutospacing="1" w:after="100" w:afterAutospacing="1" w:line="240" w:lineRule="auto"/>
        <w:rPr>
          <w:rFonts w:ascii="굴림" w:eastAsia="굴림" w:hAnsi="굴림" w:cs="굴림"/>
          <w:color w:val="auto"/>
          <w:sz w:val="24"/>
          <w:szCs w:val="24"/>
          <w:lang w:eastAsia="ko-KR"/>
        </w:rPr>
      </w:pPr>
      <w:r w:rsidRPr="00545140">
        <w:rPr>
          <w:rFonts w:ascii="굴림" w:eastAsia="굴림" w:hAnsi="굴림" w:cs="굴림"/>
          <w:color w:val="auto"/>
          <w:sz w:val="24"/>
          <w:szCs w:val="24"/>
          <w:lang w:eastAsia="ko-KR"/>
        </w:rPr>
        <w:lastRenderedPageBreak/>
        <w:t>목, 어깨, 허리, 팔, 다리, 무릎 등 일상생활에서 관리가 필요한 여러 신체 부위에 맞춰 사용할 수 있도록 다양한 형태와 크기로 구성했습니다. 부위별 사용 적합성은 제품 규격과 사용설명에 따릅니다.</w:t>
      </w:r>
    </w:p>
    <w:p w14:paraId="07BD93F0" w14:textId="77777777" w:rsidR="00545140" w:rsidRPr="00545140" w:rsidRDefault="00545140" w:rsidP="00545140">
      <w:pPr>
        <w:spacing w:before="100" w:beforeAutospacing="1" w:after="100" w:afterAutospacing="1" w:line="240" w:lineRule="auto"/>
        <w:rPr>
          <w:rFonts w:ascii="굴림" w:eastAsia="굴림" w:hAnsi="굴림" w:cs="굴림"/>
          <w:color w:val="auto"/>
          <w:sz w:val="24"/>
          <w:szCs w:val="24"/>
          <w:lang w:eastAsia="ko-KR"/>
        </w:rPr>
      </w:pPr>
      <w:r w:rsidRPr="00545140">
        <w:rPr>
          <w:rFonts w:ascii="굴림" w:eastAsia="굴림" w:hAnsi="굴림" w:cs="굴림"/>
          <w:b/>
          <w:bCs/>
          <w:color w:val="auto"/>
          <w:sz w:val="24"/>
          <w:szCs w:val="24"/>
          <w:lang w:eastAsia="ko-KR"/>
        </w:rPr>
        <w:t xml:space="preserve">3. 움직임에도 편안한 </w:t>
      </w:r>
      <w:proofErr w:type="spellStart"/>
      <w:r w:rsidRPr="00545140">
        <w:rPr>
          <w:rFonts w:ascii="굴림" w:eastAsia="굴림" w:hAnsi="굴림" w:cs="굴림"/>
          <w:b/>
          <w:bCs/>
          <w:color w:val="auto"/>
          <w:sz w:val="24"/>
          <w:szCs w:val="24"/>
          <w:lang w:eastAsia="ko-KR"/>
        </w:rPr>
        <w:t>밀착력을</w:t>
      </w:r>
      <w:proofErr w:type="spellEnd"/>
      <w:r w:rsidRPr="00545140">
        <w:rPr>
          <w:rFonts w:ascii="굴림" w:eastAsia="굴림" w:hAnsi="굴림" w:cs="굴림"/>
          <w:b/>
          <w:bCs/>
          <w:color w:val="auto"/>
          <w:sz w:val="24"/>
          <w:szCs w:val="24"/>
          <w:lang w:eastAsia="ko-KR"/>
        </w:rPr>
        <w:t xml:space="preserve"> 지향하는 제품</w:t>
      </w:r>
    </w:p>
    <w:p w14:paraId="0EE11B55" w14:textId="77777777" w:rsidR="00545140" w:rsidRPr="00545140" w:rsidRDefault="00545140" w:rsidP="00545140">
      <w:pPr>
        <w:spacing w:before="100" w:beforeAutospacing="1" w:after="100" w:afterAutospacing="1" w:line="240" w:lineRule="auto"/>
        <w:rPr>
          <w:rFonts w:ascii="굴림" w:eastAsia="굴림" w:hAnsi="굴림" w:cs="굴림"/>
          <w:color w:val="auto"/>
          <w:sz w:val="24"/>
          <w:szCs w:val="24"/>
          <w:lang w:eastAsia="ko-KR"/>
        </w:rPr>
      </w:pPr>
      <w:r w:rsidRPr="00545140">
        <w:rPr>
          <w:rFonts w:ascii="굴림" w:eastAsia="굴림" w:hAnsi="굴림" w:cs="굴림"/>
          <w:color w:val="auto"/>
          <w:sz w:val="24"/>
          <w:szCs w:val="24"/>
          <w:lang w:eastAsia="ko-KR"/>
        </w:rPr>
        <w:t>신체의 움직임과 굴곡을 고려한 패치 구조와 접착 설계를 통해 일상생활 중에도 편리하게 착용할 수 있도록 개발했습니다.</w:t>
      </w:r>
    </w:p>
    <w:p w14:paraId="6CE247BF" w14:textId="77777777" w:rsidR="00545140" w:rsidRPr="00545140" w:rsidRDefault="00545140" w:rsidP="00545140">
      <w:pPr>
        <w:spacing w:before="100" w:beforeAutospacing="1" w:after="100" w:afterAutospacing="1" w:line="240" w:lineRule="auto"/>
        <w:rPr>
          <w:rFonts w:ascii="굴림" w:eastAsia="굴림" w:hAnsi="굴림" w:cs="굴림"/>
          <w:color w:val="auto"/>
          <w:sz w:val="24"/>
          <w:szCs w:val="24"/>
          <w:lang w:eastAsia="ko-KR"/>
        </w:rPr>
      </w:pPr>
      <w:r w:rsidRPr="00545140">
        <w:rPr>
          <w:rFonts w:ascii="굴림" w:eastAsia="굴림" w:hAnsi="굴림" w:cs="굴림"/>
          <w:b/>
          <w:bCs/>
          <w:color w:val="auto"/>
          <w:sz w:val="24"/>
          <w:szCs w:val="24"/>
          <w:lang w:eastAsia="ko-KR"/>
        </w:rPr>
        <w:t>4. 물과 땀에 노출되는 생활환경까지 고려한 제품</w:t>
      </w:r>
    </w:p>
    <w:p w14:paraId="3FE7493F" w14:textId="77777777" w:rsidR="00545140" w:rsidRPr="00545140" w:rsidRDefault="00545140" w:rsidP="00545140">
      <w:pPr>
        <w:spacing w:before="100" w:beforeAutospacing="1" w:after="100" w:afterAutospacing="1" w:line="240" w:lineRule="auto"/>
        <w:rPr>
          <w:rFonts w:ascii="굴림" w:eastAsia="굴림" w:hAnsi="굴림" w:cs="굴림"/>
          <w:color w:val="auto"/>
          <w:sz w:val="24"/>
          <w:szCs w:val="24"/>
          <w:lang w:eastAsia="ko-KR"/>
        </w:rPr>
      </w:pPr>
      <w:r w:rsidRPr="00545140">
        <w:rPr>
          <w:rFonts w:ascii="굴림" w:eastAsia="굴림" w:hAnsi="굴림" w:cs="굴림"/>
          <w:color w:val="auto"/>
          <w:sz w:val="24"/>
          <w:szCs w:val="24"/>
          <w:lang w:eastAsia="ko-KR"/>
        </w:rPr>
        <w:t>비원은 일상적인 활동뿐 아니라 땀과 수분에 노출되는 상황에서도 안정적인 부착 상태를 유지할 수 있도록 제품의 밀착성과 내구성을 중요하게 고려하고 있습니다. 샤워·목욕 후의 부착 유지 성능은 실제 사용시험을 통해 확인하고 구체적인 결과를 제시할 예정입니다.</w:t>
      </w:r>
    </w:p>
    <w:p w14:paraId="26F1CE3B" w14:textId="77777777" w:rsidR="00545140" w:rsidRPr="00545140" w:rsidRDefault="00545140" w:rsidP="00545140">
      <w:pPr>
        <w:spacing w:before="100" w:beforeAutospacing="1" w:after="100" w:afterAutospacing="1" w:line="240" w:lineRule="auto"/>
        <w:rPr>
          <w:rFonts w:ascii="굴림" w:eastAsia="굴림" w:hAnsi="굴림" w:cs="굴림"/>
          <w:color w:val="auto"/>
          <w:sz w:val="24"/>
          <w:szCs w:val="24"/>
          <w:lang w:eastAsia="ko-KR"/>
        </w:rPr>
      </w:pPr>
      <w:r w:rsidRPr="00545140">
        <w:rPr>
          <w:rFonts w:ascii="굴림" w:eastAsia="굴림" w:hAnsi="굴림" w:cs="굴림"/>
          <w:b/>
          <w:bCs/>
          <w:color w:val="auto"/>
          <w:sz w:val="24"/>
          <w:szCs w:val="24"/>
          <w:lang w:eastAsia="ko-KR"/>
        </w:rPr>
        <w:t>5. 복합 소재 기술을 적용한 차별화된 패치</w:t>
      </w:r>
    </w:p>
    <w:p w14:paraId="258166D5" w14:textId="77777777" w:rsidR="00545140" w:rsidRPr="00545140" w:rsidRDefault="00545140" w:rsidP="00545140">
      <w:pPr>
        <w:spacing w:before="100" w:beforeAutospacing="1" w:after="100" w:afterAutospacing="1" w:line="240" w:lineRule="auto"/>
        <w:rPr>
          <w:rFonts w:ascii="굴림" w:eastAsia="굴림" w:hAnsi="굴림" w:cs="굴림"/>
          <w:color w:val="auto"/>
          <w:sz w:val="24"/>
          <w:szCs w:val="24"/>
          <w:lang w:eastAsia="ko-KR"/>
        </w:rPr>
      </w:pPr>
      <w:proofErr w:type="spellStart"/>
      <w:r w:rsidRPr="00545140">
        <w:rPr>
          <w:rFonts w:ascii="굴림" w:eastAsia="굴림" w:hAnsi="굴림" w:cs="굴림"/>
          <w:color w:val="auto"/>
          <w:sz w:val="24"/>
          <w:szCs w:val="24"/>
          <w:lang w:eastAsia="ko-KR"/>
        </w:rPr>
        <w:t>산화질소대사체</w:t>
      </w:r>
      <w:proofErr w:type="spellEnd"/>
      <w:r w:rsidRPr="00545140">
        <w:rPr>
          <w:rFonts w:ascii="굴림" w:eastAsia="굴림" w:hAnsi="굴림" w:cs="굴림"/>
          <w:color w:val="auto"/>
          <w:sz w:val="24"/>
          <w:szCs w:val="24"/>
          <w:lang w:eastAsia="ko-KR"/>
        </w:rPr>
        <w:t xml:space="preserve"> 관련 소재, 원적외선 방사 특성을 가진 소재, 식물 유래 허브 추출물 등을 활용한 복합 배합 기술을 바탕으로 제품을 개발합니다.</w:t>
      </w:r>
    </w:p>
    <w:p w14:paraId="7052B219" w14:textId="77777777" w:rsidR="00545140" w:rsidRPr="00545140" w:rsidRDefault="00545140" w:rsidP="00545140">
      <w:pPr>
        <w:spacing w:before="100" w:beforeAutospacing="1" w:after="100" w:afterAutospacing="1" w:line="240" w:lineRule="auto"/>
        <w:rPr>
          <w:rFonts w:ascii="굴림" w:eastAsia="굴림" w:hAnsi="굴림" w:cs="굴림"/>
          <w:color w:val="auto"/>
          <w:sz w:val="24"/>
          <w:szCs w:val="24"/>
          <w:lang w:eastAsia="ko-KR"/>
        </w:rPr>
      </w:pPr>
      <w:r w:rsidRPr="00545140">
        <w:rPr>
          <w:rFonts w:ascii="굴림" w:eastAsia="굴림" w:hAnsi="굴림" w:cs="굴림"/>
          <w:b/>
          <w:bCs/>
          <w:color w:val="auto"/>
          <w:sz w:val="24"/>
          <w:szCs w:val="24"/>
          <w:lang w:eastAsia="ko-KR"/>
        </w:rPr>
        <w:t>6. 시험자료를 기반으로 품질을 관리하는 제품</w:t>
      </w:r>
    </w:p>
    <w:p w14:paraId="2F87562E" w14:textId="77777777" w:rsidR="00545140" w:rsidRPr="00545140" w:rsidRDefault="00545140" w:rsidP="00545140">
      <w:pPr>
        <w:spacing w:before="100" w:beforeAutospacing="1" w:after="100" w:afterAutospacing="1" w:line="240" w:lineRule="auto"/>
        <w:rPr>
          <w:rFonts w:ascii="굴림" w:eastAsia="굴림" w:hAnsi="굴림" w:cs="굴림"/>
          <w:color w:val="auto"/>
          <w:sz w:val="24"/>
          <w:szCs w:val="24"/>
          <w:lang w:eastAsia="ko-KR"/>
        </w:rPr>
      </w:pPr>
      <w:r w:rsidRPr="00545140">
        <w:rPr>
          <w:rFonts w:ascii="굴림" w:eastAsia="굴림" w:hAnsi="굴림" w:cs="굴림"/>
          <w:color w:val="auto"/>
          <w:sz w:val="24"/>
          <w:szCs w:val="24"/>
          <w:lang w:eastAsia="ko-KR"/>
        </w:rPr>
        <w:t>피부 일차자극 시험과 원적외선 방사 특성 시험 등 객관적인 시험자료를 확보하여 제품의 특성을 확인하고 있습니다. 제품별 품질과 성능을 지속적으로 검증하며 안정적인 공급체계를 구축하고자 합니다.</w:t>
      </w:r>
    </w:p>
    <w:p w14:paraId="7601E82B" w14:textId="77777777" w:rsidR="00545140" w:rsidRPr="00545140" w:rsidRDefault="00545140" w:rsidP="00545140">
      <w:pPr>
        <w:spacing w:before="100" w:beforeAutospacing="1" w:after="100" w:afterAutospacing="1" w:line="240" w:lineRule="auto"/>
        <w:rPr>
          <w:rFonts w:ascii="굴림" w:eastAsia="굴림" w:hAnsi="굴림" w:cs="굴림"/>
          <w:color w:val="auto"/>
          <w:sz w:val="24"/>
          <w:szCs w:val="24"/>
          <w:lang w:eastAsia="ko-KR"/>
        </w:rPr>
      </w:pPr>
      <w:r w:rsidRPr="00545140">
        <w:rPr>
          <w:rFonts w:ascii="굴림" w:eastAsia="굴림" w:hAnsi="굴림" w:cs="굴림"/>
          <w:b/>
          <w:bCs/>
          <w:color w:val="auto"/>
          <w:sz w:val="24"/>
          <w:szCs w:val="24"/>
          <w:lang w:eastAsia="ko-KR"/>
        </w:rPr>
        <w:t>비원의 경쟁력은 하나의 소재나 기능이 아니라, 다양한 소재 기술과 피부 친화적인 제품 설계, 일상생활에서의 편리한 사용성을 하나의 패치에 구현하려는 연구개발 역량에 있습니다.</w:t>
      </w:r>
    </w:p>
    <w:p w14:paraId="14B19D7D" w14:textId="073BFC9D" w:rsidR="00580BD6" w:rsidRPr="00541447" w:rsidRDefault="00580BD6" w:rsidP="00541447">
      <w:pPr>
        <w:jc w:val="both"/>
        <w:rPr>
          <w:rFonts w:eastAsia="맑은 고딕"/>
          <w:sz w:val="24"/>
          <w:szCs w:val="24"/>
          <w:lang w:eastAsia="ko-KR"/>
        </w:rPr>
      </w:pPr>
    </w:p>
    <w:p w14:paraId="7CF37662" w14:textId="3496EEA1" w:rsidR="00580BD6" w:rsidRPr="00541447" w:rsidRDefault="002904DF">
      <w:pPr>
        <w:pStyle w:val="1"/>
        <w:rPr>
          <w:sz w:val="28"/>
          <w:lang w:eastAsia="ko-KR"/>
        </w:rPr>
      </w:pPr>
      <w:proofErr w:type="gramStart"/>
      <w:r w:rsidRPr="00541447">
        <w:rPr>
          <w:sz w:val="28"/>
          <w:lang w:eastAsia="ko-KR"/>
        </w:rPr>
        <w:t>0</w:t>
      </w:r>
      <w:r w:rsidR="00545140">
        <w:rPr>
          <w:rFonts w:eastAsia="맑은 고딕" w:hint="eastAsia"/>
          <w:sz w:val="28"/>
          <w:lang w:eastAsia="ko-KR"/>
        </w:rPr>
        <w:t>4</w:t>
      </w:r>
      <w:r w:rsidRPr="00541447">
        <w:rPr>
          <w:sz w:val="28"/>
          <w:lang w:eastAsia="ko-KR"/>
        </w:rPr>
        <w:t xml:space="preserve">  </w:t>
      </w:r>
      <w:r w:rsidRPr="00541447">
        <w:rPr>
          <w:sz w:val="28"/>
          <w:lang w:eastAsia="ko-KR"/>
        </w:rPr>
        <w:t>객관적인</w:t>
      </w:r>
      <w:proofErr w:type="gramEnd"/>
      <w:r w:rsidRPr="00541447">
        <w:rPr>
          <w:sz w:val="28"/>
          <w:lang w:eastAsia="ko-KR"/>
        </w:rPr>
        <w:t xml:space="preserve"> </w:t>
      </w:r>
      <w:r w:rsidRPr="00541447">
        <w:rPr>
          <w:sz w:val="28"/>
          <w:lang w:eastAsia="ko-KR"/>
        </w:rPr>
        <w:t>시험</w:t>
      </w:r>
      <w:r w:rsidRPr="00541447">
        <w:rPr>
          <w:sz w:val="28"/>
          <w:lang w:eastAsia="ko-KR"/>
        </w:rPr>
        <w:t>·</w:t>
      </w:r>
      <w:r w:rsidRPr="00541447">
        <w:rPr>
          <w:sz w:val="28"/>
          <w:lang w:eastAsia="ko-KR"/>
        </w:rPr>
        <w:t>품질</w:t>
      </w:r>
      <w:r w:rsidRPr="00541447">
        <w:rPr>
          <w:sz w:val="28"/>
          <w:lang w:eastAsia="ko-KR"/>
        </w:rPr>
        <w:t xml:space="preserve"> </w:t>
      </w:r>
      <w:r w:rsidRPr="00541447">
        <w:rPr>
          <w:sz w:val="28"/>
          <w:lang w:eastAsia="ko-KR"/>
        </w:rPr>
        <w:t>자료</w:t>
      </w:r>
    </w:p>
    <w:p w14:paraId="231193BA" w14:textId="77777777" w:rsidR="00580BD6" w:rsidRPr="00541447" w:rsidRDefault="002904DF">
      <w:pPr>
        <w:pStyle w:val="21"/>
        <w:rPr>
          <w:sz w:val="24"/>
          <w:szCs w:val="24"/>
          <w:lang w:eastAsia="ko-KR"/>
        </w:rPr>
      </w:pPr>
      <w:r w:rsidRPr="00541447">
        <w:rPr>
          <w:sz w:val="24"/>
          <w:szCs w:val="24"/>
          <w:lang w:eastAsia="ko-KR"/>
        </w:rPr>
        <w:t>인체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피부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일차자극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시험</w:t>
      </w:r>
    </w:p>
    <w:p w14:paraId="745CFF70" w14:textId="77777777" w:rsidR="00580BD6" w:rsidRPr="00541447" w:rsidRDefault="002904DF">
      <w:pPr>
        <w:rPr>
          <w:sz w:val="24"/>
          <w:szCs w:val="24"/>
          <w:lang w:eastAsia="ko-KR"/>
        </w:rPr>
      </w:pPr>
      <w:proofErr w:type="spellStart"/>
      <w:r w:rsidRPr="00541447">
        <w:rPr>
          <w:sz w:val="24"/>
          <w:szCs w:val="24"/>
          <w:lang w:eastAsia="ko-KR"/>
        </w:rPr>
        <w:t>피엔케이피부임상연구센타의</w:t>
      </w:r>
      <w:proofErr w:type="spellEnd"/>
      <w:r w:rsidRPr="00541447">
        <w:rPr>
          <w:sz w:val="24"/>
          <w:szCs w:val="24"/>
          <w:lang w:eastAsia="ko-KR"/>
        </w:rPr>
        <w:t xml:space="preserve"> 2023</w:t>
      </w:r>
      <w:r w:rsidRPr="00541447">
        <w:rPr>
          <w:sz w:val="24"/>
          <w:szCs w:val="24"/>
          <w:lang w:eastAsia="ko-KR"/>
        </w:rPr>
        <w:t>년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시험</w:t>
      </w:r>
      <w:r w:rsidRPr="00541447">
        <w:rPr>
          <w:sz w:val="24"/>
          <w:szCs w:val="24"/>
          <w:lang w:eastAsia="ko-KR"/>
        </w:rPr>
        <w:t>(PNK-23719-I37R)</w:t>
      </w:r>
      <w:r w:rsidRPr="00541447">
        <w:rPr>
          <w:sz w:val="24"/>
          <w:szCs w:val="24"/>
          <w:lang w:eastAsia="ko-KR"/>
        </w:rPr>
        <w:t>에서</w:t>
      </w:r>
      <w:r w:rsidRPr="00541447">
        <w:rPr>
          <w:sz w:val="24"/>
          <w:szCs w:val="24"/>
          <w:lang w:eastAsia="ko-KR"/>
        </w:rPr>
        <w:t xml:space="preserve"> </w:t>
      </w:r>
      <w:proofErr w:type="spellStart"/>
      <w:r w:rsidRPr="00541447">
        <w:rPr>
          <w:sz w:val="24"/>
          <w:szCs w:val="24"/>
          <w:lang w:eastAsia="ko-KR"/>
        </w:rPr>
        <w:t>바이오힐링패치를</w:t>
      </w:r>
      <w:proofErr w:type="spellEnd"/>
      <w:r w:rsidRPr="00541447">
        <w:rPr>
          <w:sz w:val="24"/>
          <w:szCs w:val="24"/>
          <w:lang w:eastAsia="ko-KR"/>
        </w:rPr>
        <w:t xml:space="preserve"> 24</w:t>
      </w:r>
      <w:r w:rsidRPr="00541447">
        <w:rPr>
          <w:sz w:val="24"/>
          <w:szCs w:val="24"/>
          <w:lang w:eastAsia="ko-KR"/>
        </w:rPr>
        <w:t>시간</w:t>
      </w:r>
      <w:r w:rsidRPr="00541447">
        <w:rPr>
          <w:sz w:val="24"/>
          <w:szCs w:val="24"/>
          <w:lang w:eastAsia="ko-KR"/>
        </w:rPr>
        <w:t xml:space="preserve"> </w:t>
      </w:r>
      <w:proofErr w:type="spellStart"/>
      <w:r w:rsidRPr="00541447">
        <w:rPr>
          <w:sz w:val="24"/>
          <w:szCs w:val="24"/>
          <w:lang w:eastAsia="ko-KR"/>
        </w:rPr>
        <w:t>첩포한</w:t>
      </w:r>
      <w:proofErr w:type="spellEnd"/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후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피부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반응을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평가했습니다</w:t>
      </w:r>
      <w:r w:rsidRPr="00541447">
        <w:rPr>
          <w:sz w:val="24"/>
          <w:szCs w:val="24"/>
          <w:lang w:eastAsia="ko-KR"/>
        </w:rPr>
        <w:t xml:space="preserve">. </w:t>
      </w:r>
      <w:r w:rsidRPr="00541447">
        <w:rPr>
          <w:sz w:val="24"/>
          <w:szCs w:val="24"/>
          <w:lang w:eastAsia="ko-KR"/>
        </w:rPr>
        <w:t>시험을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완료한</w:t>
      </w:r>
      <w:r w:rsidRPr="00541447">
        <w:rPr>
          <w:sz w:val="24"/>
          <w:szCs w:val="24"/>
          <w:lang w:eastAsia="ko-KR"/>
        </w:rPr>
        <w:t xml:space="preserve"> 34</w:t>
      </w:r>
      <w:r w:rsidRPr="00541447">
        <w:rPr>
          <w:sz w:val="24"/>
          <w:szCs w:val="24"/>
          <w:lang w:eastAsia="ko-KR"/>
        </w:rPr>
        <w:t>명에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대한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결과에서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피부자극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지수는</w:t>
      </w:r>
      <w:r w:rsidRPr="00541447">
        <w:rPr>
          <w:sz w:val="24"/>
          <w:szCs w:val="24"/>
          <w:lang w:eastAsia="ko-KR"/>
        </w:rPr>
        <w:t xml:space="preserve"> 0.00</w:t>
      </w:r>
      <w:r w:rsidRPr="00541447">
        <w:rPr>
          <w:sz w:val="24"/>
          <w:szCs w:val="24"/>
          <w:lang w:eastAsia="ko-KR"/>
        </w:rPr>
        <w:t>으로</w:t>
      </w:r>
      <w:r w:rsidRPr="00541447">
        <w:rPr>
          <w:sz w:val="24"/>
          <w:szCs w:val="24"/>
          <w:lang w:eastAsia="ko-KR"/>
        </w:rPr>
        <w:t xml:space="preserve">, </w:t>
      </w:r>
      <w:r w:rsidRPr="00541447">
        <w:rPr>
          <w:sz w:val="24"/>
          <w:szCs w:val="24"/>
          <w:lang w:eastAsia="ko-KR"/>
        </w:rPr>
        <w:t>해당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시험조건에서</w:t>
      </w:r>
      <w:r w:rsidRPr="00541447">
        <w:rPr>
          <w:sz w:val="24"/>
          <w:szCs w:val="24"/>
          <w:lang w:eastAsia="ko-KR"/>
        </w:rPr>
        <w:t xml:space="preserve"> “</w:t>
      </w:r>
      <w:r w:rsidRPr="00541447">
        <w:rPr>
          <w:sz w:val="24"/>
          <w:szCs w:val="24"/>
          <w:lang w:eastAsia="ko-KR"/>
        </w:rPr>
        <w:t>비</w:t>
      </w:r>
      <w:r w:rsidRPr="00541447">
        <w:rPr>
          <w:sz w:val="24"/>
          <w:szCs w:val="24"/>
          <w:lang w:eastAsia="ko-KR"/>
        </w:rPr>
        <w:t>(</w:t>
      </w:r>
      <w:r w:rsidRPr="00541447">
        <w:rPr>
          <w:sz w:val="24"/>
          <w:szCs w:val="24"/>
          <w:lang w:eastAsia="ko-KR"/>
        </w:rPr>
        <w:t>무</w:t>
      </w:r>
      <w:r w:rsidRPr="00541447">
        <w:rPr>
          <w:sz w:val="24"/>
          <w:szCs w:val="24"/>
          <w:lang w:eastAsia="ko-KR"/>
        </w:rPr>
        <w:t xml:space="preserve">) </w:t>
      </w:r>
      <w:r w:rsidRPr="00541447">
        <w:rPr>
          <w:sz w:val="24"/>
          <w:szCs w:val="24"/>
          <w:lang w:eastAsia="ko-KR"/>
        </w:rPr>
        <w:t>자극성</w:t>
      </w:r>
      <w:r w:rsidRPr="00541447">
        <w:rPr>
          <w:sz w:val="24"/>
          <w:szCs w:val="24"/>
          <w:lang w:eastAsia="ko-KR"/>
        </w:rPr>
        <w:t>”</w:t>
      </w:r>
      <w:proofErr w:type="spellStart"/>
      <w:r w:rsidRPr="00541447">
        <w:rPr>
          <w:sz w:val="24"/>
          <w:szCs w:val="24"/>
          <w:lang w:eastAsia="ko-KR"/>
        </w:rPr>
        <w:t>으로</w:t>
      </w:r>
      <w:proofErr w:type="spellEnd"/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판정되었습니다</w:t>
      </w:r>
      <w:r w:rsidRPr="00541447">
        <w:rPr>
          <w:sz w:val="24"/>
          <w:szCs w:val="24"/>
          <w:lang w:eastAsia="ko-KR"/>
        </w:rPr>
        <w:t xml:space="preserve">. </w:t>
      </w:r>
      <w:r w:rsidRPr="00541447">
        <w:rPr>
          <w:sz w:val="24"/>
          <w:szCs w:val="24"/>
          <w:lang w:eastAsia="ko-KR"/>
        </w:rPr>
        <w:t>시험기간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중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특별한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피부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이상반응도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보고되지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않았습니다</w:t>
      </w:r>
      <w:r w:rsidRPr="00541447">
        <w:rPr>
          <w:sz w:val="24"/>
          <w:szCs w:val="24"/>
          <w:lang w:eastAsia="ko-KR"/>
        </w:rPr>
        <w:t>.</w:t>
      </w:r>
    </w:p>
    <w:p w14:paraId="2EC066B9" w14:textId="77777777" w:rsidR="00580BD6" w:rsidRPr="00541447" w:rsidRDefault="002904DF">
      <w:pPr>
        <w:spacing w:after="100"/>
        <w:rPr>
          <w:sz w:val="24"/>
          <w:szCs w:val="24"/>
          <w:lang w:eastAsia="ko-KR"/>
        </w:rPr>
      </w:pPr>
      <w:r w:rsidRPr="00541447">
        <w:rPr>
          <w:color w:val="193553"/>
          <w:sz w:val="24"/>
          <w:szCs w:val="24"/>
          <w:lang w:eastAsia="ko-KR"/>
        </w:rPr>
        <w:lastRenderedPageBreak/>
        <w:t>[</w:t>
      </w:r>
      <w:r w:rsidRPr="00541447">
        <w:rPr>
          <w:color w:val="193553"/>
          <w:sz w:val="24"/>
          <w:szCs w:val="24"/>
          <w:lang w:eastAsia="ko-KR"/>
        </w:rPr>
        <w:t>수치로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보는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시험</w:t>
      </w:r>
      <w:r w:rsidRPr="00541447">
        <w:rPr>
          <w:color w:val="193553"/>
          <w:sz w:val="24"/>
          <w:szCs w:val="24"/>
          <w:lang w:eastAsia="ko-KR"/>
        </w:rPr>
        <w:t xml:space="preserve">] </w:t>
      </w:r>
      <w:r w:rsidRPr="00541447">
        <w:rPr>
          <w:color w:val="193553"/>
          <w:sz w:val="24"/>
          <w:szCs w:val="24"/>
          <w:lang w:eastAsia="ko-KR"/>
        </w:rPr>
        <w:t>피부자극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지수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proofErr w:type="gramStart"/>
      <w:r w:rsidRPr="00541447">
        <w:rPr>
          <w:color w:val="193553"/>
          <w:sz w:val="24"/>
          <w:szCs w:val="24"/>
          <w:lang w:eastAsia="ko-KR"/>
        </w:rPr>
        <w:t>0.00 /</w:t>
      </w:r>
      <w:proofErr w:type="gramEnd"/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최종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평가</w:t>
      </w:r>
      <w:r w:rsidRPr="00541447">
        <w:rPr>
          <w:color w:val="193553"/>
          <w:sz w:val="24"/>
          <w:szCs w:val="24"/>
          <w:lang w:eastAsia="ko-KR"/>
        </w:rPr>
        <w:t xml:space="preserve"> 34</w:t>
      </w:r>
      <w:proofErr w:type="gramStart"/>
      <w:r w:rsidRPr="00541447">
        <w:rPr>
          <w:color w:val="193553"/>
          <w:sz w:val="24"/>
          <w:szCs w:val="24"/>
          <w:lang w:eastAsia="ko-KR"/>
        </w:rPr>
        <w:t>명</w:t>
      </w:r>
      <w:r w:rsidRPr="00541447">
        <w:rPr>
          <w:color w:val="193553"/>
          <w:sz w:val="24"/>
          <w:szCs w:val="24"/>
          <w:lang w:eastAsia="ko-KR"/>
        </w:rPr>
        <w:t xml:space="preserve"> /</w:t>
      </w:r>
      <w:proofErr w:type="gramEnd"/>
      <w:r w:rsidRPr="00541447">
        <w:rPr>
          <w:color w:val="193553"/>
          <w:sz w:val="24"/>
          <w:szCs w:val="24"/>
          <w:lang w:eastAsia="ko-KR"/>
        </w:rPr>
        <w:t xml:space="preserve"> 24</w:t>
      </w:r>
      <w:r w:rsidRPr="00541447">
        <w:rPr>
          <w:color w:val="193553"/>
          <w:sz w:val="24"/>
          <w:szCs w:val="24"/>
          <w:lang w:eastAsia="ko-KR"/>
        </w:rPr>
        <w:t>시간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proofErr w:type="spellStart"/>
      <w:proofErr w:type="gramStart"/>
      <w:r w:rsidRPr="00541447">
        <w:rPr>
          <w:color w:val="193553"/>
          <w:sz w:val="24"/>
          <w:szCs w:val="24"/>
          <w:lang w:eastAsia="ko-KR"/>
        </w:rPr>
        <w:t>첩포</w:t>
      </w:r>
      <w:proofErr w:type="spellEnd"/>
      <w:r w:rsidRPr="00541447">
        <w:rPr>
          <w:color w:val="193553"/>
          <w:sz w:val="24"/>
          <w:szCs w:val="24"/>
          <w:lang w:eastAsia="ko-KR"/>
        </w:rPr>
        <w:t xml:space="preserve"> /</w:t>
      </w:r>
      <w:proofErr w:type="gramEnd"/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판정</w:t>
      </w:r>
      <w:r w:rsidRPr="00541447">
        <w:rPr>
          <w:color w:val="193553"/>
          <w:sz w:val="24"/>
          <w:szCs w:val="24"/>
          <w:lang w:eastAsia="ko-KR"/>
        </w:rPr>
        <w:t xml:space="preserve">: </w:t>
      </w:r>
      <w:r w:rsidRPr="00541447">
        <w:rPr>
          <w:color w:val="193553"/>
          <w:sz w:val="24"/>
          <w:szCs w:val="24"/>
          <w:lang w:eastAsia="ko-KR"/>
        </w:rPr>
        <w:t>비</w:t>
      </w:r>
      <w:r w:rsidRPr="00541447">
        <w:rPr>
          <w:color w:val="193553"/>
          <w:sz w:val="24"/>
          <w:szCs w:val="24"/>
          <w:lang w:eastAsia="ko-KR"/>
        </w:rPr>
        <w:t>(</w:t>
      </w:r>
      <w:r w:rsidRPr="00541447">
        <w:rPr>
          <w:color w:val="193553"/>
          <w:sz w:val="24"/>
          <w:szCs w:val="24"/>
          <w:lang w:eastAsia="ko-KR"/>
        </w:rPr>
        <w:t>무</w:t>
      </w:r>
      <w:r w:rsidRPr="00541447">
        <w:rPr>
          <w:color w:val="193553"/>
          <w:sz w:val="24"/>
          <w:szCs w:val="24"/>
          <w:lang w:eastAsia="ko-KR"/>
        </w:rPr>
        <w:t xml:space="preserve">) </w:t>
      </w:r>
      <w:r w:rsidRPr="00541447">
        <w:rPr>
          <w:color w:val="193553"/>
          <w:sz w:val="24"/>
          <w:szCs w:val="24"/>
          <w:lang w:eastAsia="ko-KR"/>
        </w:rPr>
        <w:t>자극성</w:t>
      </w:r>
      <w:r w:rsidRPr="00541447">
        <w:rPr>
          <w:color w:val="193553"/>
          <w:sz w:val="24"/>
          <w:szCs w:val="24"/>
          <w:lang w:eastAsia="ko-KR"/>
        </w:rPr>
        <w:t xml:space="preserve">. </w:t>
      </w:r>
      <w:r w:rsidRPr="00541447">
        <w:rPr>
          <w:color w:val="193553"/>
          <w:sz w:val="24"/>
          <w:szCs w:val="24"/>
          <w:lang w:eastAsia="ko-KR"/>
        </w:rPr>
        <w:t>시험기간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중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특별한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피부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이상반응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보고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없음</w:t>
      </w:r>
      <w:r w:rsidRPr="00541447">
        <w:rPr>
          <w:color w:val="193553"/>
          <w:sz w:val="24"/>
          <w:szCs w:val="24"/>
          <w:lang w:eastAsia="ko-KR"/>
        </w:rPr>
        <w:t xml:space="preserve">. </w:t>
      </w:r>
      <w:r w:rsidRPr="00541447">
        <w:rPr>
          <w:color w:val="193553"/>
          <w:sz w:val="24"/>
          <w:szCs w:val="24"/>
          <w:lang w:eastAsia="ko-KR"/>
        </w:rPr>
        <w:t>단</w:t>
      </w:r>
      <w:r w:rsidRPr="00541447">
        <w:rPr>
          <w:color w:val="193553"/>
          <w:sz w:val="24"/>
          <w:szCs w:val="24"/>
          <w:lang w:eastAsia="ko-KR"/>
        </w:rPr>
        <w:t xml:space="preserve">, </w:t>
      </w:r>
      <w:r w:rsidRPr="00541447">
        <w:rPr>
          <w:color w:val="193553"/>
          <w:sz w:val="24"/>
          <w:szCs w:val="24"/>
          <w:lang w:eastAsia="ko-KR"/>
        </w:rPr>
        <w:t>모든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사용자의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proofErr w:type="spellStart"/>
      <w:r w:rsidRPr="00541447">
        <w:rPr>
          <w:color w:val="193553"/>
          <w:sz w:val="24"/>
          <w:szCs w:val="24"/>
          <w:lang w:eastAsia="ko-KR"/>
        </w:rPr>
        <w:t>무자극</w:t>
      </w:r>
      <w:proofErr w:type="spellEnd"/>
      <w:r w:rsidRPr="00541447">
        <w:rPr>
          <w:color w:val="193553"/>
          <w:sz w:val="24"/>
          <w:szCs w:val="24"/>
          <w:lang w:eastAsia="ko-KR"/>
        </w:rPr>
        <w:t>·</w:t>
      </w:r>
      <w:proofErr w:type="spellStart"/>
      <w:r w:rsidRPr="00541447">
        <w:rPr>
          <w:color w:val="193553"/>
          <w:sz w:val="24"/>
          <w:szCs w:val="24"/>
          <w:lang w:eastAsia="ko-KR"/>
        </w:rPr>
        <w:t>무알레르기를</w:t>
      </w:r>
      <w:proofErr w:type="spellEnd"/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보장하는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결과는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아닙니다</w:t>
      </w:r>
      <w:r w:rsidRPr="00541447">
        <w:rPr>
          <w:color w:val="193553"/>
          <w:sz w:val="24"/>
          <w:szCs w:val="24"/>
          <w:lang w:eastAsia="ko-KR"/>
        </w:rPr>
        <w:t>.</w:t>
      </w:r>
    </w:p>
    <w:p w14:paraId="26318493" w14:textId="77777777" w:rsidR="00580BD6" w:rsidRPr="00541447" w:rsidRDefault="002904DF">
      <w:pPr>
        <w:pStyle w:val="21"/>
        <w:rPr>
          <w:sz w:val="24"/>
          <w:szCs w:val="24"/>
          <w:lang w:eastAsia="ko-KR"/>
        </w:rPr>
      </w:pPr>
      <w:r w:rsidRPr="00541447">
        <w:rPr>
          <w:sz w:val="24"/>
          <w:szCs w:val="24"/>
          <w:lang w:eastAsia="ko-KR"/>
        </w:rPr>
        <w:t>항균성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관련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시험</w:t>
      </w:r>
    </w:p>
    <w:p w14:paraId="54B7CC2D" w14:textId="77777777" w:rsidR="00580BD6" w:rsidRPr="00541447" w:rsidRDefault="002904DF">
      <w:pPr>
        <w:rPr>
          <w:sz w:val="24"/>
          <w:szCs w:val="24"/>
          <w:lang w:eastAsia="ko-KR"/>
        </w:rPr>
      </w:pPr>
      <w:r w:rsidRPr="00541447">
        <w:rPr>
          <w:sz w:val="24"/>
          <w:szCs w:val="24"/>
          <w:lang w:eastAsia="ko-KR"/>
        </w:rPr>
        <w:t>한국분석시험연구원의</w:t>
      </w:r>
      <w:r w:rsidRPr="00541447">
        <w:rPr>
          <w:sz w:val="24"/>
          <w:szCs w:val="24"/>
          <w:lang w:eastAsia="ko-KR"/>
        </w:rPr>
        <w:t xml:space="preserve"> 2023</w:t>
      </w:r>
      <w:r w:rsidRPr="00541447">
        <w:rPr>
          <w:sz w:val="24"/>
          <w:szCs w:val="24"/>
          <w:lang w:eastAsia="ko-KR"/>
        </w:rPr>
        <w:t>년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시험</w:t>
      </w:r>
      <w:r w:rsidRPr="00541447">
        <w:rPr>
          <w:sz w:val="24"/>
          <w:szCs w:val="24"/>
          <w:lang w:eastAsia="ko-KR"/>
        </w:rPr>
        <w:t>(KATRM230807-0621)</w:t>
      </w:r>
      <w:r w:rsidRPr="00541447">
        <w:rPr>
          <w:sz w:val="24"/>
          <w:szCs w:val="24"/>
          <w:lang w:eastAsia="ko-KR"/>
        </w:rPr>
        <w:t>에서는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비원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시료에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대해</w:t>
      </w:r>
      <w:r w:rsidRPr="00541447">
        <w:rPr>
          <w:sz w:val="24"/>
          <w:szCs w:val="24"/>
          <w:lang w:eastAsia="ko-KR"/>
        </w:rPr>
        <w:t xml:space="preserve"> 18</w:t>
      </w:r>
      <w:r w:rsidRPr="00541447">
        <w:rPr>
          <w:sz w:val="24"/>
          <w:szCs w:val="24"/>
          <w:lang w:eastAsia="ko-KR"/>
        </w:rPr>
        <w:t>시간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조건의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균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감소율을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측정했습니다</w:t>
      </w:r>
      <w:r w:rsidRPr="00541447">
        <w:rPr>
          <w:sz w:val="24"/>
          <w:szCs w:val="24"/>
          <w:lang w:eastAsia="ko-KR"/>
        </w:rPr>
        <w:t xml:space="preserve">. </w:t>
      </w:r>
      <w:r w:rsidRPr="00541447">
        <w:rPr>
          <w:sz w:val="24"/>
          <w:szCs w:val="24"/>
          <w:lang w:eastAsia="ko-KR"/>
        </w:rPr>
        <w:t>황색포도상구균</w:t>
      </w:r>
      <w:r w:rsidRPr="00541447">
        <w:rPr>
          <w:sz w:val="24"/>
          <w:szCs w:val="24"/>
          <w:lang w:eastAsia="ko-KR"/>
        </w:rPr>
        <w:t xml:space="preserve"> 99.9%, </w:t>
      </w:r>
      <w:r w:rsidRPr="00541447">
        <w:rPr>
          <w:sz w:val="24"/>
          <w:szCs w:val="24"/>
          <w:lang w:eastAsia="ko-KR"/>
        </w:rPr>
        <w:t>대장균</w:t>
      </w:r>
      <w:r w:rsidRPr="00541447">
        <w:rPr>
          <w:sz w:val="24"/>
          <w:szCs w:val="24"/>
          <w:lang w:eastAsia="ko-KR"/>
        </w:rPr>
        <w:t xml:space="preserve"> 68.5%</w:t>
      </w:r>
      <w:r w:rsidRPr="00541447">
        <w:rPr>
          <w:sz w:val="24"/>
          <w:szCs w:val="24"/>
          <w:lang w:eastAsia="ko-KR"/>
        </w:rPr>
        <w:t>라는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시험결과가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제시되어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있습니다</w:t>
      </w:r>
      <w:r w:rsidRPr="00541447">
        <w:rPr>
          <w:sz w:val="24"/>
          <w:szCs w:val="24"/>
          <w:lang w:eastAsia="ko-KR"/>
        </w:rPr>
        <w:t xml:space="preserve">. </w:t>
      </w:r>
      <w:r w:rsidRPr="00541447">
        <w:rPr>
          <w:sz w:val="24"/>
          <w:szCs w:val="24"/>
          <w:lang w:eastAsia="ko-KR"/>
        </w:rPr>
        <w:t>이는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특정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시료</w:t>
      </w:r>
      <w:r w:rsidRPr="00541447">
        <w:rPr>
          <w:sz w:val="24"/>
          <w:szCs w:val="24"/>
          <w:lang w:eastAsia="ko-KR"/>
        </w:rPr>
        <w:t>·</w:t>
      </w:r>
      <w:r w:rsidRPr="00541447">
        <w:rPr>
          <w:sz w:val="24"/>
          <w:szCs w:val="24"/>
          <w:lang w:eastAsia="ko-KR"/>
        </w:rPr>
        <w:t>시험조건의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실험실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결과로</w:t>
      </w:r>
      <w:r w:rsidRPr="00541447">
        <w:rPr>
          <w:sz w:val="24"/>
          <w:szCs w:val="24"/>
          <w:lang w:eastAsia="ko-KR"/>
        </w:rPr>
        <w:t xml:space="preserve">, </w:t>
      </w:r>
      <w:r w:rsidRPr="00541447">
        <w:rPr>
          <w:sz w:val="24"/>
          <w:szCs w:val="24"/>
          <w:lang w:eastAsia="ko-KR"/>
        </w:rPr>
        <w:t>피부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위에서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동일한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효과를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보장하지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않습니다</w:t>
      </w:r>
      <w:r w:rsidRPr="00541447">
        <w:rPr>
          <w:sz w:val="24"/>
          <w:szCs w:val="24"/>
          <w:lang w:eastAsia="ko-KR"/>
        </w:rPr>
        <w:t>.</w:t>
      </w:r>
    </w:p>
    <w:p w14:paraId="2A20ACD8" w14:textId="77777777" w:rsidR="00580BD6" w:rsidRPr="00541447" w:rsidRDefault="002904DF">
      <w:pPr>
        <w:spacing w:after="100"/>
        <w:rPr>
          <w:sz w:val="24"/>
          <w:szCs w:val="24"/>
          <w:lang w:eastAsia="ko-KR"/>
        </w:rPr>
      </w:pPr>
      <w:r w:rsidRPr="00541447">
        <w:rPr>
          <w:color w:val="193553"/>
          <w:sz w:val="24"/>
          <w:szCs w:val="24"/>
          <w:lang w:eastAsia="ko-KR"/>
        </w:rPr>
        <w:t>[</w:t>
      </w:r>
      <w:r w:rsidRPr="00541447">
        <w:rPr>
          <w:color w:val="193553"/>
          <w:sz w:val="24"/>
          <w:szCs w:val="24"/>
          <w:lang w:eastAsia="ko-KR"/>
        </w:rPr>
        <w:t>시험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해석</w:t>
      </w:r>
      <w:r w:rsidRPr="00541447">
        <w:rPr>
          <w:color w:val="193553"/>
          <w:sz w:val="24"/>
          <w:szCs w:val="24"/>
          <w:lang w:eastAsia="ko-KR"/>
        </w:rPr>
        <w:t xml:space="preserve">] </w:t>
      </w:r>
      <w:r w:rsidRPr="00541447">
        <w:rPr>
          <w:color w:val="193553"/>
          <w:sz w:val="24"/>
          <w:szCs w:val="24"/>
          <w:lang w:eastAsia="ko-KR"/>
        </w:rPr>
        <w:t>황색포도상구균</w:t>
      </w:r>
      <w:r w:rsidRPr="00541447">
        <w:rPr>
          <w:color w:val="193553"/>
          <w:sz w:val="24"/>
          <w:szCs w:val="24"/>
          <w:lang w:eastAsia="ko-KR"/>
        </w:rPr>
        <w:t xml:space="preserve"> 99.9%, </w:t>
      </w:r>
      <w:r w:rsidRPr="00541447">
        <w:rPr>
          <w:color w:val="193553"/>
          <w:sz w:val="24"/>
          <w:szCs w:val="24"/>
          <w:lang w:eastAsia="ko-KR"/>
        </w:rPr>
        <w:t>대장균</w:t>
      </w:r>
      <w:r w:rsidRPr="00541447">
        <w:rPr>
          <w:color w:val="193553"/>
          <w:sz w:val="24"/>
          <w:szCs w:val="24"/>
          <w:lang w:eastAsia="ko-KR"/>
        </w:rPr>
        <w:t xml:space="preserve"> 68.5%</w:t>
      </w:r>
      <w:r w:rsidRPr="00541447">
        <w:rPr>
          <w:color w:val="193553"/>
          <w:sz w:val="24"/>
          <w:szCs w:val="24"/>
          <w:lang w:eastAsia="ko-KR"/>
        </w:rPr>
        <w:t>는</w:t>
      </w:r>
      <w:r w:rsidRPr="00541447">
        <w:rPr>
          <w:color w:val="193553"/>
          <w:sz w:val="24"/>
          <w:szCs w:val="24"/>
          <w:lang w:eastAsia="ko-KR"/>
        </w:rPr>
        <w:t xml:space="preserve"> 18</w:t>
      </w:r>
      <w:r w:rsidRPr="00541447">
        <w:rPr>
          <w:color w:val="193553"/>
          <w:sz w:val="24"/>
          <w:szCs w:val="24"/>
          <w:lang w:eastAsia="ko-KR"/>
        </w:rPr>
        <w:t>시간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시험조건에서의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균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감소율입니다</w:t>
      </w:r>
      <w:r w:rsidRPr="00541447">
        <w:rPr>
          <w:color w:val="193553"/>
          <w:sz w:val="24"/>
          <w:szCs w:val="24"/>
          <w:lang w:eastAsia="ko-KR"/>
        </w:rPr>
        <w:t xml:space="preserve">. </w:t>
      </w:r>
      <w:r w:rsidRPr="00541447">
        <w:rPr>
          <w:color w:val="193553"/>
          <w:sz w:val="24"/>
          <w:szCs w:val="24"/>
          <w:lang w:eastAsia="ko-KR"/>
        </w:rPr>
        <w:t>인체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피부의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항균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효과나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감염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예방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효과로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확대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해석하지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않습니다</w:t>
      </w:r>
      <w:r w:rsidRPr="00541447">
        <w:rPr>
          <w:color w:val="193553"/>
          <w:sz w:val="24"/>
          <w:szCs w:val="24"/>
          <w:lang w:eastAsia="ko-KR"/>
        </w:rPr>
        <w:t xml:space="preserve">. </w:t>
      </w:r>
      <w:r w:rsidRPr="00541447">
        <w:rPr>
          <w:color w:val="193553"/>
          <w:sz w:val="24"/>
          <w:szCs w:val="24"/>
          <w:lang w:eastAsia="ko-KR"/>
        </w:rPr>
        <w:t>해당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성적서에는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광고</w:t>
      </w:r>
      <w:r w:rsidRPr="00541447">
        <w:rPr>
          <w:color w:val="193553"/>
          <w:sz w:val="24"/>
          <w:szCs w:val="24"/>
          <w:lang w:eastAsia="ko-KR"/>
        </w:rPr>
        <w:t>·</w:t>
      </w:r>
      <w:r w:rsidRPr="00541447">
        <w:rPr>
          <w:color w:val="193553"/>
          <w:sz w:val="24"/>
          <w:szCs w:val="24"/>
          <w:lang w:eastAsia="ko-KR"/>
        </w:rPr>
        <w:t>홍보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사용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제한이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명시되어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있어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외부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배포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시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사용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허가를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확인합니다</w:t>
      </w:r>
      <w:r w:rsidRPr="00541447">
        <w:rPr>
          <w:color w:val="193553"/>
          <w:sz w:val="24"/>
          <w:szCs w:val="24"/>
          <w:lang w:eastAsia="ko-KR"/>
        </w:rPr>
        <w:t>.</w:t>
      </w:r>
    </w:p>
    <w:p w14:paraId="4293B3C9" w14:textId="77777777" w:rsidR="00580BD6" w:rsidRPr="00541447" w:rsidRDefault="002904DF">
      <w:pPr>
        <w:pStyle w:val="21"/>
        <w:rPr>
          <w:sz w:val="24"/>
          <w:szCs w:val="24"/>
          <w:lang w:eastAsia="ko-KR"/>
        </w:rPr>
      </w:pPr>
      <w:r w:rsidRPr="00541447">
        <w:rPr>
          <w:sz w:val="24"/>
          <w:szCs w:val="24"/>
          <w:lang w:eastAsia="ko-KR"/>
        </w:rPr>
        <w:t>중금속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등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시험자료</w:t>
      </w:r>
    </w:p>
    <w:p w14:paraId="3764ED47" w14:textId="77777777" w:rsidR="00580BD6" w:rsidRPr="00541447" w:rsidRDefault="002904DF">
      <w:pPr>
        <w:rPr>
          <w:sz w:val="24"/>
          <w:szCs w:val="24"/>
          <w:lang w:eastAsia="ko-KR"/>
        </w:rPr>
      </w:pPr>
      <w:r w:rsidRPr="00541447">
        <w:rPr>
          <w:sz w:val="24"/>
          <w:szCs w:val="24"/>
          <w:lang w:eastAsia="ko-KR"/>
        </w:rPr>
        <w:t xml:space="preserve">KATRI </w:t>
      </w:r>
      <w:r w:rsidRPr="00541447">
        <w:rPr>
          <w:sz w:val="24"/>
          <w:szCs w:val="24"/>
          <w:lang w:eastAsia="ko-KR"/>
        </w:rPr>
        <w:t>성적서에는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해당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시료에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대한</w:t>
      </w:r>
      <w:r w:rsidRPr="00541447">
        <w:rPr>
          <w:sz w:val="24"/>
          <w:szCs w:val="24"/>
          <w:lang w:eastAsia="ko-KR"/>
        </w:rPr>
        <w:t xml:space="preserve"> </w:t>
      </w:r>
      <w:proofErr w:type="spellStart"/>
      <w:r w:rsidRPr="00541447">
        <w:rPr>
          <w:sz w:val="24"/>
          <w:szCs w:val="24"/>
          <w:lang w:eastAsia="ko-KR"/>
        </w:rPr>
        <w:t>추출성</w:t>
      </w:r>
      <w:proofErr w:type="spellEnd"/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중금속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시험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항목이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제시되어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있습니다</w:t>
      </w:r>
      <w:r w:rsidRPr="00541447">
        <w:rPr>
          <w:sz w:val="24"/>
          <w:szCs w:val="24"/>
          <w:lang w:eastAsia="ko-KR"/>
        </w:rPr>
        <w:t xml:space="preserve">. </w:t>
      </w:r>
      <w:r w:rsidRPr="00541447">
        <w:rPr>
          <w:sz w:val="24"/>
          <w:szCs w:val="24"/>
          <w:lang w:eastAsia="ko-KR"/>
        </w:rPr>
        <w:t>안티몬</w:t>
      </w:r>
      <w:r w:rsidRPr="00541447">
        <w:rPr>
          <w:sz w:val="24"/>
          <w:szCs w:val="24"/>
          <w:lang w:eastAsia="ko-KR"/>
        </w:rPr>
        <w:t>·</w:t>
      </w:r>
      <w:r w:rsidRPr="00541447">
        <w:rPr>
          <w:sz w:val="24"/>
          <w:szCs w:val="24"/>
          <w:lang w:eastAsia="ko-KR"/>
        </w:rPr>
        <w:t>비소</w:t>
      </w:r>
      <w:r w:rsidRPr="00541447">
        <w:rPr>
          <w:sz w:val="24"/>
          <w:szCs w:val="24"/>
          <w:lang w:eastAsia="ko-KR"/>
        </w:rPr>
        <w:t>·</w:t>
      </w:r>
      <w:r w:rsidRPr="00541447">
        <w:rPr>
          <w:sz w:val="24"/>
          <w:szCs w:val="24"/>
          <w:lang w:eastAsia="ko-KR"/>
        </w:rPr>
        <w:t>바륨</w:t>
      </w:r>
      <w:r w:rsidRPr="00541447">
        <w:rPr>
          <w:sz w:val="24"/>
          <w:szCs w:val="24"/>
          <w:lang w:eastAsia="ko-KR"/>
        </w:rPr>
        <w:t>·</w:t>
      </w:r>
      <w:r w:rsidRPr="00541447">
        <w:rPr>
          <w:sz w:val="24"/>
          <w:szCs w:val="24"/>
          <w:lang w:eastAsia="ko-KR"/>
        </w:rPr>
        <w:t>카드뮴</w:t>
      </w:r>
      <w:r w:rsidRPr="00541447">
        <w:rPr>
          <w:sz w:val="24"/>
          <w:szCs w:val="24"/>
          <w:lang w:eastAsia="ko-KR"/>
        </w:rPr>
        <w:t>·</w:t>
      </w:r>
      <w:r w:rsidRPr="00541447">
        <w:rPr>
          <w:sz w:val="24"/>
          <w:szCs w:val="24"/>
          <w:lang w:eastAsia="ko-KR"/>
        </w:rPr>
        <w:t>크롬</w:t>
      </w:r>
      <w:r w:rsidRPr="00541447">
        <w:rPr>
          <w:sz w:val="24"/>
          <w:szCs w:val="24"/>
          <w:lang w:eastAsia="ko-KR"/>
        </w:rPr>
        <w:t>·</w:t>
      </w:r>
      <w:r w:rsidRPr="00541447">
        <w:rPr>
          <w:sz w:val="24"/>
          <w:szCs w:val="24"/>
          <w:lang w:eastAsia="ko-KR"/>
        </w:rPr>
        <w:t>납</w:t>
      </w:r>
      <w:r w:rsidRPr="00541447">
        <w:rPr>
          <w:sz w:val="24"/>
          <w:szCs w:val="24"/>
          <w:lang w:eastAsia="ko-KR"/>
        </w:rPr>
        <w:t>·</w:t>
      </w:r>
      <w:r w:rsidRPr="00541447">
        <w:rPr>
          <w:sz w:val="24"/>
          <w:szCs w:val="24"/>
          <w:lang w:eastAsia="ko-KR"/>
        </w:rPr>
        <w:t>수은</w:t>
      </w:r>
      <w:r w:rsidRPr="00541447">
        <w:rPr>
          <w:sz w:val="24"/>
          <w:szCs w:val="24"/>
          <w:lang w:eastAsia="ko-KR"/>
        </w:rPr>
        <w:t>·</w:t>
      </w:r>
      <w:proofErr w:type="spellStart"/>
      <w:r w:rsidRPr="00541447">
        <w:rPr>
          <w:sz w:val="24"/>
          <w:szCs w:val="24"/>
          <w:lang w:eastAsia="ko-KR"/>
        </w:rPr>
        <w:t>셀레늄은</w:t>
      </w:r>
      <w:proofErr w:type="spellEnd"/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해당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성적서에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각각</w:t>
      </w:r>
      <w:r w:rsidRPr="00541447">
        <w:rPr>
          <w:sz w:val="24"/>
          <w:szCs w:val="24"/>
          <w:lang w:eastAsia="ko-KR"/>
        </w:rPr>
        <w:t xml:space="preserve"> 3 mg/kg </w:t>
      </w:r>
      <w:r w:rsidRPr="00541447">
        <w:rPr>
          <w:sz w:val="24"/>
          <w:szCs w:val="24"/>
          <w:lang w:eastAsia="ko-KR"/>
        </w:rPr>
        <w:t>미만으로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기재되어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있습니다</w:t>
      </w:r>
      <w:r w:rsidRPr="00541447">
        <w:rPr>
          <w:sz w:val="24"/>
          <w:szCs w:val="24"/>
          <w:lang w:eastAsia="ko-KR"/>
        </w:rPr>
        <w:t xml:space="preserve">. </w:t>
      </w:r>
      <w:r w:rsidRPr="00541447">
        <w:rPr>
          <w:sz w:val="24"/>
          <w:szCs w:val="24"/>
          <w:lang w:eastAsia="ko-KR"/>
        </w:rPr>
        <w:t>이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결과는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시험된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시료에</w:t>
      </w:r>
      <w:r w:rsidRPr="00541447">
        <w:rPr>
          <w:sz w:val="24"/>
          <w:szCs w:val="24"/>
          <w:lang w:eastAsia="ko-KR"/>
        </w:rPr>
        <w:t xml:space="preserve"> </w:t>
      </w:r>
      <w:r w:rsidRPr="00541447">
        <w:rPr>
          <w:sz w:val="24"/>
          <w:szCs w:val="24"/>
          <w:lang w:eastAsia="ko-KR"/>
        </w:rPr>
        <w:t>한정됩니다</w:t>
      </w:r>
      <w:r w:rsidRPr="00541447">
        <w:rPr>
          <w:sz w:val="24"/>
          <w:szCs w:val="24"/>
          <w:lang w:eastAsia="ko-KR"/>
        </w:rPr>
        <w:t>.</w:t>
      </w:r>
    </w:p>
    <w:p w14:paraId="35EF8CAB" w14:textId="77777777" w:rsidR="00580BD6" w:rsidRPr="00541447" w:rsidRDefault="002904DF">
      <w:pPr>
        <w:spacing w:after="100"/>
        <w:rPr>
          <w:sz w:val="24"/>
          <w:szCs w:val="24"/>
          <w:lang w:eastAsia="ko-KR"/>
        </w:rPr>
      </w:pPr>
      <w:r w:rsidRPr="00541447">
        <w:rPr>
          <w:color w:val="193553"/>
          <w:sz w:val="24"/>
          <w:szCs w:val="24"/>
          <w:lang w:eastAsia="ko-KR"/>
        </w:rPr>
        <w:t>[</w:t>
      </w:r>
      <w:r w:rsidRPr="00541447">
        <w:rPr>
          <w:color w:val="193553"/>
          <w:sz w:val="24"/>
          <w:szCs w:val="24"/>
          <w:lang w:eastAsia="ko-KR"/>
        </w:rPr>
        <w:t>시험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해석</w:t>
      </w:r>
      <w:r w:rsidRPr="00541447">
        <w:rPr>
          <w:color w:val="193553"/>
          <w:sz w:val="24"/>
          <w:szCs w:val="24"/>
          <w:lang w:eastAsia="ko-KR"/>
        </w:rPr>
        <w:t>] 8</w:t>
      </w:r>
      <w:r w:rsidRPr="00541447">
        <w:rPr>
          <w:color w:val="193553"/>
          <w:sz w:val="24"/>
          <w:szCs w:val="24"/>
          <w:lang w:eastAsia="ko-KR"/>
        </w:rPr>
        <w:t>종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모두</w:t>
      </w:r>
      <w:r w:rsidRPr="00541447">
        <w:rPr>
          <w:color w:val="193553"/>
          <w:sz w:val="24"/>
          <w:szCs w:val="24"/>
          <w:lang w:eastAsia="ko-KR"/>
        </w:rPr>
        <w:t xml:space="preserve"> 3 mg/kg </w:t>
      </w:r>
      <w:r w:rsidRPr="00541447">
        <w:rPr>
          <w:color w:val="193553"/>
          <w:sz w:val="24"/>
          <w:szCs w:val="24"/>
          <w:lang w:eastAsia="ko-KR"/>
        </w:rPr>
        <w:t>미만으로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기재되어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있습니다</w:t>
      </w:r>
      <w:r w:rsidRPr="00541447">
        <w:rPr>
          <w:color w:val="193553"/>
          <w:sz w:val="24"/>
          <w:szCs w:val="24"/>
          <w:lang w:eastAsia="ko-KR"/>
        </w:rPr>
        <w:t xml:space="preserve">. </w:t>
      </w:r>
      <w:r w:rsidRPr="00541447">
        <w:rPr>
          <w:color w:val="193553"/>
          <w:sz w:val="24"/>
          <w:szCs w:val="24"/>
          <w:lang w:eastAsia="ko-KR"/>
        </w:rPr>
        <w:t>이는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각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항목이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해당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시험의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검출한계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미만이라는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의미이며</w:t>
      </w:r>
      <w:r w:rsidRPr="00541447">
        <w:rPr>
          <w:color w:val="193553"/>
          <w:sz w:val="24"/>
          <w:szCs w:val="24"/>
          <w:lang w:eastAsia="ko-KR"/>
        </w:rPr>
        <w:t>, ‘</w:t>
      </w:r>
      <w:r w:rsidRPr="00541447">
        <w:rPr>
          <w:color w:val="193553"/>
          <w:sz w:val="24"/>
          <w:szCs w:val="24"/>
          <w:lang w:eastAsia="ko-KR"/>
        </w:rPr>
        <w:t>중금속</w:t>
      </w:r>
      <w:r w:rsidRPr="00541447">
        <w:rPr>
          <w:color w:val="193553"/>
          <w:sz w:val="24"/>
          <w:szCs w:val="24"/>
          <w:lang w:eastAsia="ko-KR"/>
        </w:rPr>
        <w:t xml:space="preserve"> 0’ </w:t>
      </w:r>
      <w:r w:rsidRPr="00541447">
        <w:rPr>
          <w:color w:val="193553"/>
          <w:sz w:val="24"/>
          <w:szCs w:val="24"/>
          <w:lang w:eastAsia="ko-KR"/>
        </w:rPr>
        <w:t>또는</w:t>
      </w:r>
      <w:r w:rsidRPr="00541447">
        <w:rPr>
          <w:color w:val="193553"/>
          <w:sz w:val="24"/>
          <w:szCs w:val="24"/>
          <w:lang w:eastAsia="ko-KR"/>
        </w:rPr>
        <w:t xml:space="preserve"> ‘</w:t>
      </w:r>
      <w:r w:rsidRPr="00541447">
        <w:rPr>
          <w:color w:val="193553"/>
          <w:sz w:val="24"/>
          <w:szCs w:val="24"/>
          <w:lang w:eastAsia="ko-KR"/>
        </w:rPr>
        <w:t>완전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불검출</w:t>
      </w:r>
      <w:r w:rsidRPr="00541447">
        <w:rPr>
          <w:color w:val="193553"/>
          <w:sz w:val="24"/>
          <w:szCs w:val="24"/>
          <w:lang w:eastAsia="ko-KR"/>
        </w:rPr>
        <w:t>’</w:t>
      </w:r>
      <w:r w:rsidRPr="00541447">
        <w:rPr>
          <w:color w:val="193553"/>
          <w:sz w:val="24"/>
          <w:szCs w:val="24"/>
          <w:lang w:eastAsia="ko-KR"/>
        </w:rPr>
        <w:t>과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동일하지</w:t>
      </w:r>
      <w:r w:rsidRPr="00541447">
        <w:rPr>
          <w:color w:val="193553"/>
          <w:sz w:val="24"/>
          <w:szCs w:val="24"/>
          <w:lang w:eastAsia="ko-KR"/>
        </w:rPr>
        <w:t xml:space="preserve"> </w:t>
      </w:r>
      <w:r w:rsidRPr="00541447">
        <w:rPr>
          <w:color w:val="193553"/>
          <w:sz w:val="24"/>
          <w:szCs w:val="24"/>
          <w:lang w:eastAsia="ko-KR"/>
        </w:rPr>
        <w:t>않습니다</w:t>
      </w:r>
      <w:r w:rsidRPr="00541447">
        <w:rPr>
          <w:color w:val="193553"/>
          <w:sz w:val="24"/>
          <w:szCs w:val="24"/>
          <w:lang w:eastAsia="ko-KR"/>
        </w:rPr>
        <w:t>.</w:t>
      </w: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4896"/>
        <w:gridCol w:w="4896"/>
      </w:tblGrid>
      <w:tr w:rsidR="00580BD6" w14:paraId="1A6A11CD" w14:textId="77777777" w:rsidTr="00580B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6" w:type="dxa"/>
          </w:tcPr>
          <w:p w14:paraId="41F447B9" w14:textId="77777777" w:rsidR="00580BD6" w:rsidRPr="00541447" w:rsidRDefault="002904DF">
            <w:pPr>
              <w:rPr>
                <w:sz w:val="24"/>
                <w:szCs w:val="24"/>
              </w:rPr>
            </w:pPr>
            <w:proofErr w:type="spellStart"/>
            <w:r w:rsidRPr="00541447">
              <w:rPr>
                <w:sz w:val="24"/>
                <w:szCs w:val="24"/>
              </w:rPr>
              <w:t>검증</w:t>
            </w:r>
            <w:proofErr w:type="spellEnd"/>
            <w:r w:rsidRPr="00541447">
              <w:rPr>
                <w:sz w:val="24"/>
                <w:szCs w:val="24"/>
              </w:rPr>
              <w:t xml:space="preserve"> </w:t>
            </w:r>
            <w:proofErr w:type="spellStart"/>
            <w:r w:rsidRPr="00541447">
              <w:rPr>
                <w:sz w:val="24"/>
                <w:szCs w:val="24"/>
              </w:rPr>
              <w:t>항목</w:t>
            </w:r>
            <w:proofErr w:type="spellEnd"/>
          </w:p>
        </w:tc>
        <w:tc>
          <w:tcPr>
            <w:tcW w:w="4896" w:type="dxa"/>
          </w:tcPr>
          <w:p w14:paraId="5370689C" w14:textId="77777777" w:rsidR="00580BD6" w:rsidRPr="00541447" w:rsidRDefault="002904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eastAsia="ko-KR"/>
              </w:rPr>
            </w:pPr>
            <w:r w:rsidRPr="00541447">
              <w:rPr>
                <w:sz w:val="24"/>
                <w:szCs w:val="24"/>
                <w:lang w:eastAsia="ko-KR"/>
              </w:rPr>
              <w:t>소개서에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사용할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수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있는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객관적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설명</w:t>
            </w:r>
          </w:p>
        </w:tc>
      </w:tr>
      <w:tr w:rsidR="00580BD6" w14:paraId="02FE899A" w14:textId="77777777" w:rsidTr="00580B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6" w:type="dxa"/>
          </w:tcPr>
          <w:p w14:paraId="723992E0" w14:textId="77777777" w:rsidR="00580BD6" w:rsidRPr="00541447" w:rsidRDefault="002904DF">
            <w:pPr>
              <w:rPr>
                <w:sz w:val="24"/>
                <w:szCs w:val="24"/>
              </w:rPr>
            </w:pPr>
            <w:proofErr w:type="spellStart"/>
            <w:r w:rsidRPr="00541447">
              <w:rPr>
                <w:sz w:val="24"/>
                <w:szCs w:val="24"/>
              </w:rPr>
              <w:t>피부</w:t>
            </w:r>
            <w:proofErr w:type="spellEnd"/>
            <w:r w:rsidRPr="00541447">
              <w:rPr>
                <w:sz w:val="24"/>
                <w:szCs w:val="24"/>
              </w:rPr>
              <w:t xml:space="preserve"> </w:t>
            </w:r>
            <w:proofErr w:type="spellStart"/>
            <w:r w:rsidRPr="00541447">
              <w:rPr>
                <w:sz w:val="24"/>
                <w:szCs w:val="24"/>
              </w:rPr>
              <w:t>일차자극</w:t>
            </w:r>
            <w:proofErr w:type="spellEnd"/>
          </w:p>
        </w:tc>
        <w:tc>
          <w:tcPr>
            <w:tcW w:w="4896" w:type="dxa"/>
          </w:tcPr>
          <w:p w14:paraId="25C49E6D" w14:textId="77777777" w:rsidR="00580BD6" w:rsidRPr="00541447" w:rsidRDefault="00290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eastAsia="ko-KR"/>
              </w:rPr>
            </w:pPr>
            <w:r w:rsidRPr="00541447">
              <w:rPr>
                <w:sz w:val="24"/>
                <w:szCs w:val="24"/>
                <w:lang w:eastAsia="ko-KR"/>
              </w:rPr>
              <w:t>34</w:t>
            </w:r>
            <w:r w:rsidRPr="00541447">
              <w:rPr>
                <w:sz w:val="24"/>
                <w:szCs w:val="24"/>
                <w:lang w:eastAsia="ko-KR"/>
              </w:rPr>
              <w:t>명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시험</w:t>
            </w:r>
            <w:r w:rsidRPr="00541447">
              <w:rPr>
                <w:sz w:val="24"/>
                <w:szCs w:val="24"/>
                <w:lang w:eastAsia="ko-KR"/>
              </w:rPr>
              <w:t xml:space="preserve">, </w:t>
            </w:r>
            <w:r w:rsidRPr="00541447">
              <w:rPr>
                <w:sz w:val="24"/>
                <w:szCs w:val="24"/>
                <w:lang w:eastAsia="ko-KR"/>
              </w:rPr>
              <w:t>피부자극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지수</w:t>
            </w:r>
            <w:r w:rsidRPr="00541447">
              <w:rPr>
                <w:sz w:val="24"/>
                <w:szCs w:val="24"/>
                <w:lang w:eastAsia="ko-KR"/>
              </w:rPr>
              <w:t xml:space="preserve"> 0.00, </w:t>
            </w:r>
            <w:r w:rsidRPr="00541447">
              <w:rPr>
                <w:sz w:val="24"/>
                <w:szCs w:val="24"/>
                <w:lang w:eastAsia="ko-KR"/>
              </w:rPr>
              <w:t>해당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조건에서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비</w:t>
            </w:r>
            <w:r w:rsidRPr="00541447">
              <w:rPr>
                <w:sz w:val="24"/>
                <w:szCs w:val="24"/>
                <w:lang w:eastAsia="ko-KR"/>
              </w:rPr>
              <w:t>(</w:t>
            </w:r>
            <w:r w:rsidRPr="00541447">
              <w:rPr>
                <w:sz w:val="24"/>
                <w:szCs w:val="24"/>
                <w:lang w:eastAsia="ko-KR"/>
              </w:rPr>
              <w:t>무</w:t>
            </w:r>
            <w:r w:rsidRPr="00541447">
              <w:rPr>
                <w:sz w:val="24"/>
                <w:szCs w:val="24"/>
                <w:lang w:eastAsia="ko-KR"/>
              </w:rPr>
              <w:t xml:space="preserve">) </w:t>
            </w:r>
            <w:r w:rsidRPr="00541447">
              <w:rPr>
                <w:sz w:val="24"/>
                <w:szCs w:val="24"/>
                <w:lang w:eastAsia="ko-KR"/>
              </w:rPr>
              <w:t>자극성</w:t>
            </w:r>
          </w:p>
        </w:tc>
      </w:tr>
      <w:tr w:rsidR="00580BD6" w14:paraId="2C1C3DC1" w14:textId="77777777" w:rsidTr="00580B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6" w:type="dxa"/>
          </w:tcPr>
          <w:p w14:paraId="79F18FCA" w14:textId="77777777" w:rsidR="00580BD6" w:rsidRPr="00541447" w:rsidRDefault="002904DF">
            <w:pPr>
              <w:rPr>
                <w:sz w:val="24"/>
                <w:szCs w:val="24"/>
              </w:rPr>
            </w:pPr>
            <w:proofErr w:type="spellStart"/>
            <w:r w:rsidRPr="00541447">
              <w:rPr>
                <w:sz w:val="24"/>
                <w:szCs w:val="24"/>
              </w:rPr>
              <w:t>항균성</w:t>
            </w:r>
            <w:proofErr w:type="spellEnd"/>
          </w:p>
        </w:tc>
        <w:tc>
          <w:tcPr>
            <w:tcW w:w="4896" w:type="dxa"/>
          </w:tcPr>
          <w:p w14:paraId="43263717" w14:textId="77777777" w:rsidR="00580BD6" w:rsidRPr="00541447" w:rsidRDefault="00290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eastAsia="ko-KR"/>
              </w:rPr>
            </w:pPr>
            <w:r w:rsidRPr="00541447">
              <w:rPr>
                <w:sz w:val="24"/>
                <w:szCs w:val="24"/>
                <w:lang w:eastAsia="ko-KR"/>
              </w:rPr>
              <w:t>특정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균주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및</w:t>
            </w:r>
            <w:r w:rsidRPr="00541447">
              <w:rPr>
                <w:sz w:val="24"/>
                <w:szCs w:val="24"/>
                <w:lang w:eastAsia="ko-KR"/>
              </w:rPr>
              <w:t xml:space="preserve"> 18</w:t>
            </w:r>
            <w:r w:rsidRPr="00541447">
              <w:rPr>
                <w:sz w:val="24"/>
                <w:szCs w:val="24"/>
                <w:lang w:eastAsia="ko-KR"/>
              </w:rPr>
              <w:t>시간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시험조건의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시료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시험결과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보유</w:t>
            </w:r>
          </w:p>
        </w:tc>
      </w:tr>
      <w:tr w:rsidR="00580BD6" w14:paraId="31003608" w14:textId="77777777" w:rsidTr="00580B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6" w:type="dxa"/>
          </w:tcPr>
          <w:p w14:paraId="5279EB21" w14:textId="77777777" w:rsidR="00580BD6" w:rsidRPr="00541447" w:rsidRDefault="002904DF">
            <w:pPr>
              <w:rPr>
                <w:sz w:val="24"/>
                <w:szCs w:val="24"/>
              </w:rPr>
            </w:pPr>
            <w:proofErr w:type="spellStart"/>
            <w:r w:rsidRPr="00541447">
              <w:rPr>
                <w:sz w:val="24"/>
                <w:szCs w:val="24"/>
              </w:rPr>
              <w:t>원적외선</w:t>
            </w:r>
            <w:proofErr w:type="spellEnd"/>
          </w:p>
        </w:tc>
        <w:tc>
          <w:tcPr>
            <w:tcW w:w="4896" w:type="dxa"/>
          </w:tcPr>
          <w:p w14:paraId="2A3E3EE9" w14:textId="77777777" w:rsidR="00580BD6" w:rsidRPr="00541447" w:rsidRDefault="00290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eastAsia="ko-KR"/>
              </w:rPr>
            </w:pPr>
            <w:r w:rsidRPr="00541447">
              <w:rPr>
                <w:sz w:val="24"/>
                <w:szCs w:val="24"/>
                <w:lang w:eastAsia="ko-KR"/>
              </w:rPr>
              <w:t>패치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시료의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방사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특성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측정자료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보유</w:t>
            </w:r>
          </w:p>
        </w:tc>
      </w:tr>
      <w:tr w:rsidR="00580BD6" w14:paraId="353208AB" w14:textId="77777777" w:rsidTr="00580B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6" w:type="dxa"/>
          </w:tcPr>
          <w:p w14:paraId="70258C06" w14:textId="77777777" w:rsidR="00580BD6" w:rsidRPr="00541447" w:rsidRDefault="002904DF">
            <w:pPr>
              <w:rPr>
                <w:sz w:val="24"/>
                <w:szCs w:val="24"/>
              </w:rPr>
            </w:pPr>
            <w:proofErr w:type="spellStart"/>
            <w:r w:rsidRPr="00541447">
              <w:rPr>
                <w:sz w:val="24"/>
                <w:szCs w:val="24"/>
              </w:rPr>
              <w:t>중금속</w:t>
            </w:r>
            <w:proofErr w:type="spellEnd"/>
          </w:p>
        </w:tc>
        <w:tc>
          <w:tcPr>
            <w:tcW w:w="4896" w:type="dxa"/>
          </w:tcPr>
          <w:p w14:paraId="6B79A814" w14:textId="77777777" w:rsidR="00580BD6" w:rsidRPr="00541447" w:rsidRDefault="00290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eastAsia="ko-KR"/>
              </w:rPr>
            </w:pPr>
            <w:r w:rsidRPr="00541447">
              <w:rPr>
                <w:sz w:val="24"/>
                <w:szCs w:val="24"/>
                <w:lang w:eastAsia="ko-KR"/>
              </w:rPr>
              <w:t>제출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시료의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541447">
              <w:rPr>
                <w:sz w:val="24"/>
                <w:szCs w:val="24"/>
                <w:lang w:eastAsia="ko-KR"/>
              </w:rPr>
              <w:t>추출성</w:t>
            </w:r>
            <w:proofErr w:type="spellEnd"/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중금속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시험결과</w:t>
            </w:r>
            <w:r w:rsidRPr="00541447">
              <w:rPr>
                <w:sz w:val="24"/>
                <w:szCs w:val="24"/>
                <w:lang w:eastAsia="ko-KR"/>
              </w:rPr>
              <w:t xml:space="preserve"> </w:t>
            </w:r>
            <w:r w:rsidRPr="00541447">
              <w:rPr>
                <w:sz w:val="24"/>
                <w:szCs w:val="24"/>
                <w:lang w:eastAsia="ko-KR"/>
              </w:rPr>
              <w:t>보유</w:t>
            </w:r>
          </w:p>
        </w:tc>
      </w:tr>
    </w:tbl>
    <w:p w14:paraId="5B835645" w14:textId="77777777" w:rsidR="00580BD6" w:rsidRDefault="002904DF">
      <w:pPr>
        <w:pStyle w:val="af0"/>
        <w:rPr>
          <w:lang w:eastAsia="ko-KR"/>
        </w:rPr>
      </w:pPr>
      <w:r>
        <w:rPr>
          <w:lang w:eastAsia="ko-KR"/>
        </w:rPr>
        <w:t xml:space="preserve">※ </w:t>
      </w:r>
      <w:r>
        <w:rPr>
          <w:lang w:eastAsia="ko-KR"/>
        </w:rPr>
        <w:t>일부</w:t>
      </w:r>
      <w:r>
        <w:rPr>
          <w:lang w:eastAsia="ko-KR"/>
        </w:rPr>
        <w:t xml:space="preserve"> </w:t>
      </w:r>
      <w:r>
        <w:rPr>
          <w:lang w:eastAsia="ko-KR"/>
        </w:rPr>
        <w:t>시험성적서에는</w:t>
      </w:r>
      <w:r>
        <w:rPr>
          <w:lang w:eastAsia="ko-KR"/>
        </w:rPr>
        <w:t xml:space="preserve"> </w:t>
      </w:r>
      <w:r>
        <w:rPr>
          <w:lang w:eastAsia="ko-KR"/>
        </w:rPr>
        <w:t>광고</w:t>
      </w:r>
      <w:r>
        <w:rPr>
          <w:lang w:eastAsia="ko-KR"/>
        </w:rPr>
        <w:t>·</w:t>
      </w:r>
      <w:r>
        <w:rPr>
          <w:lang w:eastAsia="ko-KR"/>
        </w:rPr>
        <w:t>홍보</w:t>
      </w:r>
      <w:r>
        <w:rPr>
          <w:lang w:eastAsia="ko-KR"/>
        </w:rPr>
        <w:t xml:space="preserve"> </w:t>
      </w:r>
      <w:r>
        <w:rPr>
          <w:lang w:eastAsia="ko-KR"/>
        </w:rPr>
        <w:t>사용</w:t>
      </w:r>
      <w:r>
        <w:rPr>
          <w:lang w:eastAsia="ko-KR"/>
        </w:rPr>
        <w:t xml:space="preserve"> </w:t>
      </w:r>
      <w:r>
        <w:rPr>
          <w:lang w:eastAsia="ko-KR"/>
        </w:rPr>
        <w:t>제한이</w:t>
      </w:r>
      <w:r>
        <w:rPr>
          <w:lang w:eastAsia="ko-KR"/>
        </w:rPr>
        <w:t xml:space="preserve"> </w:t>
      </w:r>
      <w:r>
        <w:rPr>
          <w:lang w:eastAsia="ko-KR"/>
        </w:rPr>
        <w:t>명시되어</w:t>
      </w:r>
      <w:r>
        <w:rPr>
          <w:lang w:eastAsia="ko-KR"/>
        </w:rPr>
        <w:t xml:space="preserve"> </w:t>
      </w:r>
      <w:r>
        <w:rPr>
          <w:lang w:eastAsia="ko-KR"/>
        </w:rPr>
        <w:t>있으므로</w:t>
      </w:r>
      <w:r>
        <w:rPr>
          <w:lang w:eastAsia="ko-KR"/>
        </w:rPr>
        <w:t xml:space="preserve"> </w:t>
      </w:r>
      <w:r>
        <w:rPr>
          <w:lang w:eastAsia="ko-KR"/>
        </w:rPr>
        <w:t>대외</w:t>
      </w:r>
      <w:r>
        <w:rPr>
          <w:lang w:eastAsia="ko-KR"/>
        </w:rPr>
        <w:t xml:space="preserve"> </w:t>
      </w:r>
      <w:r>
        <w:rPr>
          <w:lang w:eastAsia="ko-KR"/>
        </w:rPr>
        <w:t>배포</w:t>
      </w:r>
      <w:r>
        <w:rPr>
          <w:lang w:eastAsia="ko-KR"/>
        </w:rPr>
        <w:t xml:space="preserve"> </w:t>
      </w:r>
      <w:r>
        <w:rPr>
          <w:lang w:eastAsia="ko-KR"/>
        </w:rPr>
        <w:t>시</w:t>
      </w:r>
      <w:r>
        <w:rPr>
          <w:lang w:eastAsia="ko-KR"/>
        </w:rPr>
        <w:t xml:space="preserve"> </w:t>
      </w:r>
      <w:r>
        <w:rPr>
          <w:lang w:eastAsia="ko-KR"/>
        </w:rPr>
        <w:t>시험기관의</w:t>
      </w:r>
      <w:r>
        <w:rPr>
          <w:lang w:eastAsia="ko-KR"/>
        </w:rPr>
        <w:t xml:space="preserve"> </w:t>
      </w:r>
      <w:r>
        <w:rPr>
          <w:lang w:eastAsia="ko-KR"/>
        </w:rPr>
        <w:t>사용조건을</w:t>
      </w:r>
      <w:r>
        <w:rPr>
          <w:lang w:eastAsia="ko-KR"/>
        </w:rPr>
        <w:t xml:space="preserve"> </w:t>
      </w:r>
      <w:r>
        <w:rPr>
          <w:lang w:eastAsia="ko-KR"/>
        </w:rPr>
        <w:t>확인해야</w:t>
      </w:r>
      <w:r>
        <w:rPr>
          <w:lang w:eastAsia="ko-KR"/>
        </w:rPr>
        <w:t xml:space="preserve"> </w:t>
      </w:r>
      <w:r>
        <w:rPr>
          <w:lang w:eastAsia="ko-KR"/>
        </w:rPr>
        <w:t>합니다</w:t>
      </w:r>
      <w:r>
        <w:rPr>
          <w:lang w:eastAsia="ko-KR"/>
        </w:rPr>
        <w:t xml:space="preserve">. </w:t>
      </w:r>
      <w:r>
        <w:rPr>
          <w:lang w:eastAsia="ko-KR"/>
        </w:rPr>
        <w:t>성적서는</w:t>
      </w:r>
      <w:r>
        <w:rPr>
          <w:lang w:eastAsia="ko-KR"/>
        </w:rPr>
        <w:t xml:space="preserve"> </w:t>
      </w:r>
      <w:r>
        <w:rPr>
          <w:lang w:eastAsia="ko-KR"/>
        </w:rPr>
        <w:t>제품별</w:t>
      </w:r>
      <w:r>
        <w:rPr>
          <w:lang w:eastAsia="ko-KR"/>
        </w:rPr>
        <w:t>·</w:t>
      </w:r>
      <w:r>
        <w:rPr>
          <w:lang w:eastAsia="ko-KR"/>
        </w:rPr>
        <w:t>시료별로</w:t>
      </w:r>
      <w:r>
        <w:rPr>
          <w:lang w:eastAsia="ko-KR"/>
        </w:rPr>
        <w:t xml:space="preserve"> </w:t>
      </w:r>
      <w:r>
        <w:rPr>
          <w:lang w:eastAsia="ko-KR"/>
        </w:rPr>
        <w:t>구분하여</w:t>
      </w:r>
      <w:r>
        <w:rPr>
          <w:lang w:eastAsia="ko-KR"/>
        </w:rPr>
        <w:t xml:space="preserve"> </w:t>
      </w:r>
      <w:r>
        <w:rPr>
          <w:lang w:eastAsia="ko-KR"/>
        </w:rPr>
        <w:t>별첨합니다</w:t>
      </w:r>
      <w:r>
        <w:rPr>
          <w:lang w:eastAsia="ko-KR"/>
        </w:rPr>
        <w:t>.</w:t>
      </w:r>
    </w:p>
    <w:p w14:paraId="58918036" w14:textId="77777777" w:rsidR="00580BD6" w:rsidRDefault="002904DF">
      <w:pPr>
        <w:rPr>
          <w:lang w:eastAsia="ko-KR"/>
        </w:rPr>
      </w:pPr>
      <w:r>
        <w:rPr>
          <w:lang w:eastAsia="ko-KR"/>
        </w:rPr>
        <w:br w:type="page"/>
      </w:r>
    </w:p>
    <w:p w14:paraId="60F08E14" w14:textId="1B26DC86" w:rsidR="00580BD6" w:rsidRPr="00541447" w:rsidRDefault="002904DF">
      <w:pPr>
        <w:pStyle w:val="1"/>
        <w:rPr>
          <w:sz w:val="28"/>
          <w:lang w:eastAsia="ko-KR"/>
        </w:rPr>
      </w:pPr>
      <w:proofErr w:type="gramStart"/>
      <w:r w:rsidRPr="00541447">
        <w:rPr>
          <w:sz w:val="28"/>
          <w:lang w:eastAsia="ko-KR"/>
        </w:rPr>
        <w:lastRenderedPageBreak/>
        <w:t>0</w:t>
      </w:r>
      <w:r>
        <w:rPr>
          <w:rFonts w:eastAsia="맑은 고딕" w:hint="eastAsia"/>
          <w:sz w:val="28"/>
          <w:lang w:eastAsia="ko-KR"/>
        </w:rPr>
        <w:t xml:space="preserve">5 </w:t>
      </w:r>
      <w:r w:rsidRPr="00541447">
        <w:rPr>
          <w:sz w:val="28"/>
          <w:lang w:eastAsia="ko-KR"/>
        </w:rPr>
        <w:t xml:space="preserve"> </w:t>
      </w:r>
      <w:r w:rsidR="00CA0ADD">
        <w:rPr>
          <w:rFonts w:eastAsia="맑은 고딕" w:hint="eastAsia"/>
          <w:sz w:val="28"/>
          <w:lang w:eastAsia="ko-KR"/>
        </w:rPr>
        <w:t>현재</w:t>
      </w:r>
      <w:proofErr w:type="gramEnd"/>
      <w:r w:rsidR="00CA0ADD">
        <w:rPr>
          <w:rFonts w:eastAsia="맑은 고딕" w:hint="eastAsia"/>
          <w:sz w:val="28"/>
          <w:lang w:eastAsia="ko-KR"/>
        </w:rPr>
        <w:t xml:space="preserve"> </w:t>
      </w:r>
      <w:r w:rsidR="00CA0ADD">
        <w:rPr>
          <w:rFonts w:eastAsia="맑은 고딕" w:hint="eastAsia"/>
          <w:sz w:val="28"/>
          <w:lang w:eastAsia="ko-KR"/>
        </w:rPr>
        <w:t>판매</w:t>
      </w:r>
      <w:r w:rsidRPr="00541447">
        <w:rPr>
          <w:sz w:val="28"/>
          <w:lang w:eastAsia="ko-KR"/>
        </w:rPr>
        <w:t>공급제품</w:t>
      </w:r>
    </w:p>
    <w:p w14:paraId="47686153" w14:textId="35AB2005" w:rsidR="00580BD6" w:rsidRDefault="002904DF" w:rsidP="00CA0ADD">
      <w:pPr>
        <w:pStyle w:val="21"/>
        <w:numPr>
          <w:ilvl w:val="0"/>
          <w:numId w:val="10"/>
        </w:numPr>
        <w:rPr>
          <w:lang w:eastAsia="ko-KR"/>
        </w:rPr>
      </w:pPr>
      <w:r>
        <w:rPr>
          <w:lang w:eastAsia="ko-KR"/>
        </w:rPr>
        <w:t xml:space="preserve"> </w:t>
      </w:r>
      <w:r>
        <w:rPr>
          <w:lang w:eastAsia="ko-KR"/>
        </w:rPr>
        <w:t>한국</w:t>
      </w:r>
      <w:r>
        <w:rPr>
          <w:lang w:eastAsia="ko-KR"/>
        </w:rPr>
        <w:t xml:space="preserve"> </w:t>
      </w:r>
      <w:r>
        <w:rPr>
          <w:lang w:eastAsia="ko-KR"/>
        </w:rPr>
        <w:t>제조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바이오힐링패치</w:t>
      </w:r>
      <w:proofErr w:type="spellEnd"/>
      <w:r>
        <w:rPr>
          <w:lang w:eastAsia="ko-KR"/>
        </w:rPr>
        <w:t xml:space="preserve"> 17</w:t>
      </w:r>
      <w:r>
        <w:rPr>
          <w:lang w:eastAsia="ko-KR"/>
        </w:rPr>
        <w:t>개입</w:t>
      </w:r>
    </w:p>
    <w:p w14:paraId="0A6A8067" w14:textId="77777777" w:rsidR="00580BD6" w:rsidRDefault="002904DF">
      <w:pPr>
        <w:jc w:val="center"/>
      </w:pPr>
      <w:r>
        <w:rPr>
          <w:noProof/>
        </w:rPr>
        <w:drawing>
          <wp:inline distT="0" distB="0" distL="0" distR="0" wp14:anchorId="0C937C75" wp14:editId="67E243F4">
            <wp:extent cx="4223385" cy="2988814"/>
            <wp:effectExtent l="0" t="0" r="5715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224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48864" cy="300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6BCB8" w14:textId="1469E28A" w:rsidR="00580BD6" w:rsidRPr="00CA0ADD" w:rsidRDefault="002904DF" w:rsidP="00CA0ADD">
      <w:pPr>
        <w:rPr>
          <w:rFonts w:eastAsia="맑은 고딕" w:hint="eastAsia"/>
          <w:lang w:eastAsia="ko-KR"/>
        </w:rPr>
      </w:pPr>
      <w:r>
        <w:rPr>
          <w:rFonts w:eastAsia="맑은 고딕" w:cs="맑은 고딕" w:hint="eastAsia"/>
          <w:lang w:eastAsia="ko-KR"/>
        </w:rPr>
        <w:t>한국에서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제조한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완제품으로</w:t>
      </w:r>
      <w:r>
        <w:rPr>
          <w:lang w:eastAsia="ko-KR"/>
        </w:rPr>
        <w:t xml:space="preserve">, </w:t>
      </w:r>
      <w:r>
        <w:rPr>
          <w:rFonts w:eastAsia="맑은 고딕" w:cs="맑은 고딕" w:hint="eastAsia"/>
          <w:lang w:eastAsia="ko-KR"/>
        </w:rPr>
        <w:t>다양한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형태의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패치를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한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파우치에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구성했습니다</w:t>
      </w:r>
      <w:r>
        <w:rPr>
          <w:lang w:eastAsia="ko-KR"/>
        </w:rPr>
        <w:t xml:space="preserve">. </w:t>
      </w:r>
      <w:r>
        <w:rPr>
          <w:rFonts w:eastAsia="맑은 고딕" w:cs="맑은 고딕" w:hint="eastAsia"/>
          <w:lang w:eastAsia="ko-KR"/>
        </w:rPr>
        <w:t>소형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구성으로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제품을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처음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접하는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고객</w:t>
      </w:r>
      <w:r>
        <w:rPr>
          <w:lang w:eastAsia="ko-KR"/>
        </w:rPr>
        <w:t xml:space="preserve">, </w:t>
      </w:r>
      <w:r>
        <w:rPr>
          <w:rFonts w:eastAsia="맑은 고딕" w:cs="맑은 고딕" w:hint="eastAsia"/>
          <w:lang w:eastAsia="ko-KR"/>
        </w:rPr>
        <w:t>체험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판매</w:t>
      </w:r>
      <w:r>
        <w:rPr>
          <w:lang w:eastAsia="ko-KR"/>
        </w:rPr>
        <w:t xml:space="preserve">, </w:t>
      </w:r>
      <w:r>
        <w:rPr>
          <w:rFonts w:eastAsia="맑은 고딕" w:cs="맑은 고딕" w:hint="eastAsia"/>
          <w:lang w:eastAsia="ko-KR"/>
        </w:rPr>
        <w:t>온라인</w:t>
      </w:r>
      <w:r>
        <w:rPr>
          <w:lang w:eastAsia="ko-KR"/>
        </w:rPr>
        <w:t>·</w:t>
      </w:r>
      <w:r>
        <w:rPr>
          <w:rFonts w:eastAsia="맑은 고딕" w:cs="맑은 고딕" w:hint="eastAsia"/>
          <w:lang w:eastAsia="ko-KR"/>
        </w:rPr>
        <w:t>오프라인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일반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유통채널에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제안하기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좋습니다</w:t>
      </w:r>
      <w:r>
        <w:rPr>
          <w:lang w:eastAsia="ko-KR"/>
        </w:rPr>
        <w:t xml:space="preserve">. </w:t>
      </w:r>
      <w:r>
        <w:rPr>
          <w:rFonts w:eastAsia="맑은 고딕" w:cs="맑은 고딕" w:hint="eastAsia"/>
          <w:lang w:eastAsia="ko-KR"/>
        </w:rPr>
        <w:t>제품별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실제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규격과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사용법은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확정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포장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기준으로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안내합니다</w:t>
      </w:r>
      <w:r>
        <w:rPr>
          <w:lang w:eastAsia="ko-KR"/>
        </w:rPr>
        <w:t>.</w:t>
      </w:r>
    </w:p>
    <w:p w14:paraId="6512AD97" w14:textId="03A1BF88" w:rsidR="00580BD6" w:rsidRDefault="002904DF" w:rsidP="00CA0ADD">
      <w:pPr>
        <w:pStyle w:val="21"/>
        <w:numPr>
          <w:ilvl w:val="0"/>
          <w:numId w:val="10"/>
        </w:numPr>
        <w:rPr>
          <w:lang w:eastAsia="ko-KR"/>
        </w:rPr>
      </w:pPr>
      <w:r>
        <w:rPr>
          <w:lang w:eastAsia="ko-KR"/>
        </w:rPr>
        <w:t>한국</w:t>
      </w:r>
      <w:r>
        <w:rPr>
          <w:lang w:eastAsia="ko-KR"/>
        </w:rPr>
        <w:t xml:space="preserve"> </w:t>
      </w:r>
      <w:r>
        <w:rPr>
          <w:lang w:eastAsia="ko-KR"/>
        </w:rPr>
        <w:t>제조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바이오힐링패치</w:t>
      </w:r>
      <w:proofErr w:type="spellEnd"/>
      <w:r>
        <w:rPr>
          <w:lang w:eastAsia="ko-KR"/>
        </w:rPr>
        <w:t xml:space="preserve"> 30</w:t>
      </w:r>
      <w:r>
        <w:rPr>
          <w:lang w:eastAsia="ko-KR"/>
        </w:rPr>
        <w:t>개입</w:t>
      </w:r>
    </w:p>
    <w:p w14:paraId="189A7664" w14:textId="77777777" w:rsidR="00580BD6" w:rsidRDefault="002904DF">
      <w:pPr>
        <w:jc w:val="center"/>
      </w:pPr>
      <w:r>
        <w:rPr>
          <w:noProof/>
        </w:rPr>
        <w:drawing>
          <wp:inline distT="0" distB="0" distL="0" distR="0" wp14:anchorId="36CFAACC" wp14:editId="253C7141">
            <wp:extent cx="4334933" cy="3067755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22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64313" cy="3088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23101" w14:textId="47D48E56" w:rsidR="00580BD6" w:rsidRDefault="002904DF" w:rsidP="006402B7">
      <w:pPr>
        <w:rPr>
          <w:rFonts w:eastAsia="맑은 고딕"/>
          <w:lang w:eastAsia="ko-KR"/>
        </w:rPr>
      </w:pPr>
      <w:r>
        <w:rPr>
          <w:lang w:eastAsia="ko-KR"/>
        </w:rPr>
        <w:t>17</w:t>
      </w:r>
      <w:r>
        <w:rPr>
          <w:rFonts w:eastAsia="맑은 고딕" w:cs="맑은 고딕" w:hint="eastAsia"/>
          <w:lang w:eastAsia="ko-KR"/>
        </w:rPr>
        <w:t>개입과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함께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중국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시장의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주력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수입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완제품입니다</w:t>
      </w:r>
      <w:r>
        <w:rPr>
          <w:lang w:eastAsia="ko-KR"/>
        </w:rPr>
        <w:t xml:space="preserve">. </w:t>
      </w:r>
      <w:r>
        <w:rPr>
          <w:rFonts w:eastAsia="맑은 고딕" w:cs="맑은 고딕" w:hint="eastAsia"/>
          <w:lang w:eastAsia="ko-KR"/>
        </w:rPr>
        <w:t>다양한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형태의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패치가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다수량으로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구성되어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있으며</w:t>
      </w:r>
      <w:r>
        <w:rPr>
          <w:lang w:eastAsia="ko-KR"/>
        </w:rPr>
        <w:t xml:space="preserve">, </w:t>
      </w:r>
      <w:r>
        <w:rPr>
          <w:rFonts w:eastAsia="맑은 고딕" w:cs="맑은 고딕" w:hint="eastAsia"/>
          <w:lang w:eastAsia="ko-KR"/>
        </w:rPr>
        <w:t>반복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구매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고객과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가족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단위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소비자에게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제안할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수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있습니다</w:t>
      </w:r>
      <w:r>
        <w:rPr>
          <w:lang w:eastAsia="ko-KR"/>
        </w:rPr>
        <w:t xml:space="preserve">. </w:t>
      </w:r>
      <w:proofErr w:type="spellStart"/>
      <w:r>
        <w:rPr>
          <w:rFonts w:eastAsia="맑은 고딕" w:cs="맑은 고딕" w:hint="eastAsia"/>
          <w:lang w:eastAsia="ko-KR"/>
        </w:rPr>
        <w:t>스포츠패치</w:t>
      </w:r>
      <w:proofErr w:type="spellEnd"/>
      <w:r>
        <w:rPr>
          <w:lang w:eastAsia="ko-KR"/>
        </w:rPr>
        <w:t xml:space="preserve"> | </w:t>
      </w:r>
      <w:r>
        <w:rPr>
          <w:rFonts w:eastAsia="맑은 고딕" w:cs="맑은 고딕" w:hint="eastAsia"/>
          <w:lang w:eastAsia="ko-KR"/>
        </w:rPr>
        <w:t>우선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사업화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추진제품</w:t>
      </w:r>
    </w:p>
    <w:p w14:paraId="4744FD88" w14:textId="77777777" w:rsidR="00CA0ADD" w:rsidRDefault="00CA0ADD" w:rsidP="00CA0ADD">
      <w:pPr>
        <w:rPr>
          <w:rFonts w:eastAsia="맑은 고딕"/>
          <w:lang w:eastAsia="ko-KR"/>
        </w:rPr>
      </w:pPr>
    </w:p>
    <w:p w14:paraId="0A37C993" w14:textId="2B6E3239" w:rsidR="00CA0ADD" w:rsidRPr="00CA0ADD" w:rsidRDefault="006402B7" w:rsidP="006402B7">
      <w:pPr>
        <w:jc w:val="center"/>
        <w:rPr>
          <w:rFonts w:eastAsia="맑은 고딕" w:hint="eastAsia"/>
          <w:lang w:eastAsia="ko-KR"/>
        </w:rPr>
      </w:pPr>
      <w:r>
        <w:rPr>
          <w:noProof/>
        </w:rPr>
        <w:drawing>
          <wp:inline distT="0" distB="0" distL="0" distR="0" wp14:anchorId="3D8971C6" wp14:editId="19C6D570">
            <wp:extent cx="4038600" cy="2856138"/>
            <wp:effectExtent l="0" t="0" r="0" b="1905"/>
            <wp:docPr id="181682477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82477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57080" cy="2869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EFBF6" w14:textId="7BF6D84A" w:rsidR="00580BD6" w:rsidRDefault="002904DF">
      <w:pPr>
        <w:rPr>
          <w:lang w:eastAsia="ko-KR"/>
        </w:rPr>
      </w:pPr>
      <w:r>
        <w:rPr>
          <w:lang w:eastAsia="ko-KR"/>
        </w:rPr>
        <w:t>운동</w:t>
      </w:r>
      <w:r>
        <w:rPr>
          <w:lang w:eastAsia="ko-KR"/>
        </w:rPr>
        <w:t xml:space="preserve"> </w:t>
      </w:r>
      <w:r>
        <w:rPr>
          <w:lang w:eastAsia="ko-KR"/>
        </w:rPr>
        <w:t>전후의</w:t>
      </w:r>
      <w:r>
        <w:rPr>
          <w:lang w:eastAsia="ko-KR"/>
        </w:rPr>
        <w:t xml:space="preserve"> </w:t>
      </w:r>
      <w:r>
        <w:rPr>
          <w:lang w:eastAsia="ko-KR"/>
        </w:rPr>
        <w:t>일상적인</w:t>
      </w:r>
      <w:r>
        <w:rPr>
          <w:lang w:eastAsia="ko-KR"/>
        </w:rPr>
        <w:t xml:space="preserve"> </w:t>
      </w:r>
      <w:r>
        <w:rPr>
          <w:lang w:eastAsia="ko-KR"/>
        </w:rPr>
        <w:t>신체관리와</w:t>
      </w:r>
      <w:r>
        <w:rPr>
          <w:lang w:eastAsia="ko-KR"/>
        </w:rPr>
        <w:t xml:space="preserve"> </w:t>
      </w:r>
      <w:r>
        <w:rPr>
          <w:lang w:eastAsia="ko-KR"/>
        </w:rPr>
        <w:t>활동</w:t>
      </w:r>
      <w:r>
        <w:rPr>
          <w:lang w:eastAsia="ko-KR"/>
        </w:rPr>
        <w:t xml:space="preserve"> </w:t>
      </w:r>
      <w:r>
        <w:rPr>
          <w:lang w:eastAsia="ko-KR"/>
        </w:rPr>
        <w:t>중</w:t>
      </w:r>
      <w:r>
        <w:rPr>
          <w:lang w:eastAsia="ko-KR"/>
        </w:rPr>
        <w:t xml:space="preserve"> </w:t>
      </w:r>
      <w:r>
        <w:rPr>
          <w:lang w:eastAsia="ko-KR"/>
        </w:rPr>
        <w:t>사용</w:t>
      </w:r>
      <w:r>
        <w:rPr>
          <w:lang w:eastAsia="ko-KR"/>
        </w:rPr>
        <w:t xml:space="preserve"> </w:t>
      </w:r>
      <w:r>
        <w:rPr>
          <w:lang w:eastAsia="ko-KR"/>
        </w:rPr>
        <w:t>편의성을</w:t>
      </w:r>
      <w:r>
        <w:rPr>
          <w:lang w:eastAsia="ko-KR"/>
        </w:rPr>
        <w:t xml:space="preserve"> </w:t>
      </w:r>
      <w:r>
        <w:rPr>
          <w:lang w:eastAsia="ko-KR"/>
        </w:rPr>
        <w:t>고려한</w:t>
      </w:r>
      <w:r>
        <w:rPr>
          <w:lang w:eastAsia="ko-KR"/>
        </w:rPr>
        <w:t xml:space="preserve"> </w:t>
      </w:r>
      <w:r>
        <w:rPr>
          <w:lang w:eastAsia="ko-KR"/>
        </w:rPr>
        <w:t>패치</w:t>
      </w:r>
      <w:r>
        <w:rPr>
          <w:lang w:eastAsia="ko-KR"/>
        </w:rPr>
        <w:t xml:space="preserve"> </w:t>
      </w:r>
      <w:r>
        <w:rPr>
          <w:lang w:eastAsia="ko-KR"/>
        </w:rPr>
        <w:t>제품군입니다</w:t>
      </w:r>
      <w:r>
        <w:rPr>
          <w:lang w:eastAsia="ko-KR"/>
        </w:rPr>
        <w:t xml:space="preserve">. </w:t>
      </w:r>
      <w:r>
        <w:rPr>
          <w:lang w:eastAsia="ko-KR"/>
        </w:rPr>
        <w:t>골프</w:t>
      </w:r>
      <w:r>
        <w:rPr>
          <w:lang w:eastAsia="ko-KR"/>
        </w:rPr>
        <w:t xml:space="preserve">, </w:t>
      </w:r>
      <w:r>
        <w:rPr>
          <w:lang w:eastAsia="ko-KR"/>
        </w:rPr>
        <w:t>등산</w:t>
      </w:r>
      <w:r>
        <w:rPr>
          <w:lang w:eastAsia="ko-KR"/>
        </w:rPr>
        <w:t xml:space="preserve">, </w:t>
      </w:r>
      <w:r>
        <w:rPr>
          <w:lang w:eastAsia="ko-KR"/>
        </w:rPr>
        <w:t>달리기</w:t>
      </w:r>
      <w:r>
        <w:rPr>
          <w:lang w:eastAsia="ko-KR"/>
        </w:rPr>
        <w:t xml:space="preserve">, </w:t>
      </w:r>
      <w:r>
        <w:rPr>
          <w:lang w:eastAsia="ko-KR"/>
        </w:rPr>
        <w:t>생활체육</w:t>
      </w:r>
      <w:r>
        <w:rPr>
          <w:lang w:eastAsia="ko-KR"/>
        </w:rPr>
        <w:t xml:space="preserve"> </w:t>
      </w:r>
      <w:r>
        <w:rPr>
          <w:lang w:eastAsia="ko-KR"/>
        </w:rPr>
        <w:t>등의</w:t>
      </w:r>
      <w:r>
        <w:rPr>
          <w:lang w:eastAsia="ko-KR"/>
        </w:rPr>
        <w:t xml:space="preserve"> </w:t>
      </w:r>
      <w:r>
        <w:rPr>
          <w:lang w:eastAsia="ko-KR"/>
        </w:rPr>
        <w:t>시장을</w:t>
      </w:r>
      <w:r>
        <w:rPr>
          <w:lang w:eastAsia="ko-KR"/>
        </w:rPr>
        <w:t xml:space="preserve"> </w:t>
      </w:r>
      <w:r>
        <w:rPr>
          <w:lang w:eastAsia="ko-KR"/>
        </w:rPr>
        <w:t>대상으로</w:t>
      </w:r>
      <w:r>
        <w:rPr>
          <w:lang w:eastAsia="ko-KR"/>
        </w:rPr>
        <w:t xml:space="preserve"> </w:t>
      </w:r>
      <w:r>
        <w:rPr>
          <w:lang w:eastAsia="ko-KR"/>
        </w:rPr>
        <w:t>규격과</w:t>
      </w:r>
      <w:r>
        <w:rPr>
          <w:lang w:eastAsia="ko-KR"/>
        </w:rPr>
        <w:t xml:space="preserve"> </w:t>
      </w:r>
      <w:r>
        <w:rPr>
          <w:lang w:eastAsia="ko-KR"/>
        </w:rPr>
        <w:t>패키지</w:t>
      </w:r>
      <w:r>
        <w:rPr>
          <w:lang w:eastAsia="ko-KR"/>
        </w:rPr>
        <w:t xml:space="preserve">, </w:t>
      </w:r>
      <w:r>
        <w:rPr>
          <w:lang w:eastAsia="ko-KR"/>
        </w:rPr>
        <w:t>판매방식을</w:t>
      </w:r>
      <w:r>
        <w:rPr>
          <w:lang w:eastAsia="ko-KR"/>
        </w:rPr>
        <w:t xml:space="preserve"> </w:t>
      </w:r>
      <w:r>
        <w:rPr>
          <w:lang w:eastAsia="ko-KR"/>
        </w:rPr>
        <w:t>구체화하고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 xml:space="preserve">. </w:t>
      </w:r>
    </w:p>
    <w:sectPr w:rsidR="00580BD6" w:rsidSect="00034616">
      <w:footerReference w:type="default" r:id="rId11"/>
      <w:pgSz w:w="12240" w:h="15840"/>
      <w:pgMar w:top="1008" w:right="1224" w:bottom="936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739C3" w14:textId="77777777" w:rsidR="002904DF" w:rsidRDefault="002904DF">
      <w:pPr>
        <w:spacing w:after="0" w:line="240" w:lineRule="auto"/>
      </w:pPr>
      <w:r>
        <w:separator/>
      </w:r>
    </w:p>
  </w:endnote>
  <w:endnote w:type="continuationSeparator" w:id="0">
    <w:p w14:paraId="6D7F85FB" w14:textId="77777777" w:rsidR="002904DF" w:rsidRDefault="0029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B93C5" w14:textId="77777777" w:rsidR="00580BD6" w:rsidRDefault="002904DF">
    <w:pPr>
      <w:pStyle w:val="a6"/>
      <w:jc w:val="center"/>
      <w:rPr>
        <w:lang w:eastAsia="ko-KR"/>
      </w:rPr>
    </w:pPr>
    <w:r>
      <w:rPr>
        <w:lang w:eastAsia="ko-KR"/>
      </w:rPr>
      <w:t xml:space="preserve">BEONE × </w:t>
    </w:r>
    <w:proofErr w:type="gramStart"/>
    <w:r>
      <w:rPr>
        <w:lang w:eastAsia="ko-KR"/>
      </w:rPr>
      <w:t>CAREBASE  |</w:t>
    </w:r>
    <w:proofErr w:type="gramEnd"/>
    <w:r>
      <w:rPr>
        <w:lang w:eastAsia="ko-KR"/>
      </w:rPr>
      <w:t xml:space="preserve">  </w:t>
    </w:r>
    <w:r>
      <w:rPr>
        <w:lang w:eastAsia="ko-KR"/>
      </w:rPr>
      <w:t>중국</w:t>
    </w:r>
    <w:r>
      <w:rPr>
        <w:lang w:eastAsia="ko-KR"/>
      </w:rPr>
      <w:t xml:space="preserve"> </w:t>
    </w:r>
    <w:r>
      <w:rPr>
        <w:lang w:eastAsia="ko-KR"/>
      </w:rPr>
      <w:t>바이어용</w:t>
    </w:r>
    <w:r>
      <w:rPr>
        <w:lang w:eastAsia="ko-KR"/>
      </w:rPr>
      <w:t xml:space="preserve"> </w:t>
    </w:r>
    <w:r>
      <w:rPr>
        <w:lang w:eastAsia="ko-KR"/>
      </w:rPr>
      <w:t>한국어</w:t>
    </w:r>
    <w:r>
      <w:rPr>
        <w:lang w:eastAsia="ko-KR"/>
      </w:rPr>
      <w:t xml:space="preserve"> </w:t>
    </w:r>
    <w:proofErr w:type="spellStart"/>
    <w:r>
      <w:rPr>
        <w:lang w:eastAsia="ko-KR"/>
      </w:rPr>
      <w:t>검토본</w:t>
    </w:r>
    <w:proofErr w:type="spellEnd"/>
    <w:r>
      <w:rPr>
        <w:lang w:eastAsia="ko-KR"/>
      </w:rPr>
      <w:t xml:space="preserve"> · </w:t>
    </w:r>
    <w:r>
      <w:rPr>
        <w:lang w:eastAsia="ko-KR"/>
      </w:rPr>
      <w:t>대외</w:t>
    </w:r>
    <w:r>
      <w:rPr>
        <w:lang w:eastAsia="ko-KR"/>
      </w:rPr>
      <w:t xml:space="preserve"> </w:t>
    </w:r>
    <w:r>
      <w:rPr>
        <w:lang w:eastAsia="ko-KR"/>
      </w:rPr>
      <w:t>배포</w:t>
    </w:r>
    <w:r>
      <w:rPr>
        <w:lang w:eastAsia="ko-KR"/>
      </w:rPr>
      <w:t xml:space="preserve"> </w:t>
    </w:r>
    <w:r>
      <w:rPr>
        <w:lang w:eastAsia="ko-KR"/>
      </w:rPr>
      <w:t>전</w:t>
    </w:r>
    <w:r>
      <w:rPr>
        <w:lang w:eastAsia="ko-KR"/>
      </w:rPr>
      <w:t xml:space="preserve"> </w:t>
    </w:r>
    <w:r>
      <w:rPr>
        <w:lang w:eastAsia="ko-KR"/>
      </w:rPr>
      <w:t>사실관계</w:t>
    </w:r>
    <w:r>
      <w:rPr>
        <w:lang w:eastAsia="ko-KR"/>
      </w:rPr>
      <w:t xml:space="preserve"> </w:t>
    </w:r>
    <w:r>
      <w:rPr>
        <w:lang w:eastAsia="ko-KR"/>
      </w:rPr>
      <w:t>및</w:t>
    </w:r>
    <w:r>
      <w:rPr>
        <w:lang w:eastAsia="ko-KR"/>
      </w:rPr>
      <w:t xml:space="preserve"> </w:t>
    </w:r>
    <w:r>
      <w:rPr>
        <w:lang w:eastAsia="ko-KR"/>
      </w:rPr>
      <w:t>표현</w:t>
    </w:r>
    <w:r>
      <w:rPr>
        <w:lang w:eastAsia="ko-KR"/>
      </w:rPr>
      <w:t xml:space="preserve"> </w:t>
    </w:r>
    <w:r>
      <w:rPr>
        <w:lang w:eastAsia="ko-KR"/>
      </w:rPr>
      <w:t>확인</w:t>
    </w:r>
    <w:r>
      <w:rPr>
        <w:lang w:eastAsia="ko-KR"/>
      </w:rPr>
      <w:t xml:space="preserve"> </w:t>
    </w:r>
    <w:r>
      <w:rPr>
        <w:lang w:eastAsia="ko-KR"/>
      </w:rPr>
      <w:t>필요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0DA47" w14:textId="77777777" w:rsidR="002904DF" w:rsidRDefault="002904DF">
      <w:pPr>
        <w:spacing w:after="0" w:line="240" w:lineRule="auto"/>
      </w:pPr>
      <w:r>
        <w:separator/>
      </w:r>
    </w:p>
  </w:footnote>
  <w:footnote w:type="continuationSeparator" w:id="0">
    <w:p w14:paraId="1FA8AB87" w14:textId="77777777" w:rsidR="002904DF" w:rsidRDefault="002904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B9B3425"/>
    <w:multiLevelType w:val="hybridMultilevel"/>
    <w:tmpl w:val="438A95DE"/>
    <w:lvl w:ilvl="0" w:tplc="01DE221E">
      <w:start w:val="1"/>
      <w:numFmt w:val="decimal"/>
      <w:lvlText w:val="%1)"/>
      <w:lvlJc w:val="left"/>
      <w:pPr>
        <w:ind w:left="800" w:hanging="36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63404278">
    <w:abstractNumId w:val="8"/>
  </w:num>
  <w:num w:numId="2" w16cid:durableId="434517609">
    <w:abstractNumId w:val="6"/>
  </w:num>
  <w:num w:numId="3" w16cid:durableId="1484160701">
    <w:abstractNumId w:val="5"/>
  </w:num>
  <w:num w:numId="4" w16cid:durableId="628895210">
    <w:abstractNumId w:val="4"/>
  </w:num>
  <w:num w:numId="5" w16cid:durableId="2146123401">
    <w:abstractNumId w:val="7"/>
  </w:num>
  <w:num w:numId="6" w16cid:durableId="73281665">
    <w:abstractNumId w:val="3"/>
  </w:num>
  <w:num w:numId="7" w16cid:durableId="1156922464">
    <w:abstractNumId w:val="2"/>
  </w:num>
  <w:num w:numId="8" w16cid:durableId="620721445">
    <w:abstractNumId w:val="1"/>
  </w:num>
  <w:num w:numId="9" w16cid:durableId="315307584">
    <w:abstractNumId w:val="0"/>
  </w:num>
  <w:num w:numId="10" w16cid:durableId="3841869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04DF"/>
    <w:rsid w:val="0029639D"/>
    <w:rsid w:val="00326F90"/>
    <w:rsid w:val="00452741"/>
    <w:rsid w:val="00541447"/>
    <w:rsid w:val="00545140"/>
    <w:rsid w:val="00580BD6"/>
    <w:rsid w:val="006402B7"/>
    <w:rsid w:val="007D2305"/>
    <w:rsid w:val="00AA1D8D"/>
    <w:rsid w:val="00B47730"/>
    <w:rsid w:val="00CA0AD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941F323"/>
  <w14:defaultImageDpi w14:val="300"/>
  <w15:docId w15:val="{2040D5FF-0272-4195-A73D-1037772B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맑은 고딕" w:hAnsi="맑은 고딕"/>
      <w:color w:val="202E41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E284D"/>
      <w:sz w:val="30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E284D"/>
      <w:sz w:val="23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E284D"/>
      <w:spacing w:val="5"/>
      <w:kern w:val="28"/>
      <w:sz w:val="44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696</Words>
  <Characters>3971</Characters>
  <Application>Microsoft Office Word</Application>
  <DocSecurity>0</DocSecurity>
  <Lines>33</Lines>
  <Paragraphs>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민우 최</cp:lastModifiedBy>
  <cp:revision>2</cp:revision>
  <dcterms:created xsi:type="dcterms:W3CDTF">2026-10-27T03:59:00Z</dcterms:created>
  <dcterms:modified xsi:type="dcterms:W3CDTF">2026-10-27T03:59:00Z</dcterms:modified>
  <cp:category/>
</cp:coreProperties>
</file>